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A2DF34" w14:textId="4521946D" w:rsidR="00AE30C5" w:rsidRPr="00D8066C" w:rsidRDefault="00AE30C5" w:rsidP="007E1D8E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8066C">
        <w:rPr>
          <w:rFonts w:ascii="Times New Roman" w:eastAsia="Times New Roman" w:hAnsi="Times New Roman" w:cs="Times New Roman"/>
          <w:noProof/>
          <w:sz w:val="21"/>
          <w:szCs w:val="21"/>
          <w:lang w:eastAsia="en-GB"/>
        </w:rPr>
        <w:drawing>
          <wp:inline distT="0" distB="0" distL="0" distR="0" wp14:anchorId="3448020C" wp14:editId="49836824">
            <wp:extent cx="2400300" cy="838200"/>
            <wp:effectExtent l="0" t="0" r="0" b="0"/>
            <wp:docPr id="1484144429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144429" name="Picture 1" descr="A logo for a company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69B1A" w14:textId="371781E3" w:rsidR="00FB296B" w:rsidRPr="00D8066C" w:rsidRDefault="00FB54B4" w:rsidP="007E1D8E">
      <w:pPr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8066C">
        <w:rPr>
          <w:rFonts w:ascii="Times New Roman" w:hAnsi="Times New Roman" w:cs="Times New Roman"/>
          <w:b/>
          <w:sz w:val="21"/>
          <w:szCs w:val="21"/>
        </w:rPr>
        <w:t>Working Agreement</w:t>
      </w:r>
      <w:r w:rsidR="009B15B5" w:rsidRPr="00D8066C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F5E7E">
        <w:rPr>
          <w:rFonts w:ascii="Times New Roman" w:hAnsi="Times New Roman" w:cs="Times New Roman"/>
          <w:b/>
          <w:sz w:val="21"/>
          <w:szCs w:val="21"/>
        </w:rPr>
        <w:t xml:space="preserve">Policy </w:t>
      </w:r>
      <w:r w:rsidR="009B15B5" w:rsidRPr="00D8066C">
        <w:rPr>
          <w:rFonts w:ascii="Times New Roman" w:hAnsi="Times New Roman" w:cs="Times New Roman"/>
          <w:b/>
          <w:sz w:val="21"/>
          <w:szCs w:val="21"/>
        </w:rPr>
        <w:t>2026</w:t>
      </w:r>
    </w:p>
    <w:p w14:paraId="1F2E3408" w14:textId="77777777" w:rsidR="00AF78E5" w:rsidRPr="00D8066C" w:rsidRDefault="00AF78E5" w:rsidP="007E1D8E">
      <w:pPr>
        <w:rPr>
          <w:rFonts w:ascii="Times New Roman" w:hAnsi="Times New Roman" w:cs="Times New Roman"/>
          <w:sz w:val="21"/>
          <w:szCs w:val="21"/>
        </w:rPr>
      </w:pPr>
    </w:p>
    <w:p w14:paraId="7F0FE8E3" w14:textId="0637A128" w:rsidR="00AE30C5" w:rsidRPr="00D8066C" w:rsidRDefault="00AE30C5" w:rsidP="007E1D8E">
      <w:p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b/>
          <w:bCs/>
          <w:sz w:val="21"/>
          <w:szCs w:val="21"/>
        </w:rPr>
        <w:t>Approved by:</w:t>
      </w:r>
      <w:r w:rsidRPr="00D8066C">
        <w:rPr>
          <w:rFonts w:ascii="Times New Roman" w:hAnsi="Times New Roman" w:cs="Times New Roman"/>
          <w:sz w:val="21"/>
          <w:szCs w:val="21"/>
        </w:rPr>
        <w:t xml:space="preserve"> Trustees of the North London Pastoral Assistants Scheme</w:t>
      </w:r>
    </w:p>
    <w:p w14:paraId="2D813A92" w14:textId="77777777" w:rsidR="003F307F" w:rsidRPr="00FF4472" w:rsidRDefault="003F307F" w:rsidP="003F307F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Date approved:</w:t>
      </w: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24</w:t>
      </w:r>
      <w:r w:rsidRPr="00CC6D58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September 2026</w:t>
      </w:r>
    </w:p>
    <w:p w14:paraId="51B0D0C6" w14:textId="77777777" w:rsidR="003F307F" w:rsidRPr="00FF4472" w:rsidRDefault="003F307F" w:rsidP="003F307F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F4472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Review date:</w:t>
      </w:r>
      <w:r w:rsidRPr="00FF447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Summer Trustees Meeting 2027</w:t>
      </w:r>
    </w:p>
    <w:p w14:paraId="33A9DE56" w14:textId="070FCB2E" w:rsidR="00134ABD" w:rsidRPr="00D8066C" w:rsidRDefault="00AE30C5" w:rsidP="007E1D8E">
      <w:p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b/>
          <w:bCs/>
          <w:sz w:val="21"/>
          <w:szCs w:val="21"/>
        </w:rPr>
        <w:t>Applies to:</w:t>
      </w:r>
      <w:r w:rsidRPr="00D8066C">
        <w:rPr>
          <w:rFonts w:ascii="Times New Roman" w:hAnsi="Times New Roman" w:cs="Times New Roman"/>
          <w:sz w:val="21"/>
          <w:szCs w:val="21"/>
        </w:rPr>
        <w:t xml:space="preserve"> Pastoral Assistants</w:t>
      </w:r>
      <w:r w:rsidR="00FB54B4" w:rsidRPr="00D8066C">
        <w:rPr>
          <w:rFonts w:ascii="Times New Roman" w:hAnsi="Times New Roman" w:cs="Times New Roman"/>
          <w:sz w:val="21"/>
          <w:szCs w:val="21"/>
        </w:rPr>
        <w:t>, Placement Supervisors and Trustees of the NLPA</w:t>
      </w:r>
    </w:p>
    <w:p w14:paraId="12AA9A85" w14:textId="77777777" w:rsidR="00FB54B4" w:rsidRPr="00D8066C" w:rsidRDefault="00110DD1" w:rsidP="007E1D8E">
      <w:pPr>
        <w:rPr>
          <w:rFonts w:ascii="Times New Roman" w:hAnsi="Times New Roman" w:cs="Times New Roman"/>
          <w:sz w:val="21"/>
          <w:szCs w:val="21"/>
        </w:rPr>
      </w:pPr>
      <w:r>
        <w:pict w14:anchorId="62B58035">
          <v:rect id="Horizontal Line 1" o:spid="_x0000_s2063" alt="" style="width:317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B5F998A" w14:textId="47C6790C" w:rsidR="00FB54B4" w:rsidRPr="00D8066C" w:rsidRDefault="00FB54B4">
      <w:pPr>
        <w:pStyle w:val="Heading2"/>
        <w:numPr>
          <w:ilvl w:val="0"/>
          <w:numId w:val="7"/>
        </w:numPr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Purpose of this Agreement</w:t>
      </w:r>
    </w:p>
    <w:p w14:paraId="456E429D" w14:textId="77777777" w:rsidR="00C92E6B" w:rsidRPr="00D8066C" w:rsidRDefault="00C92E6B" w:rsidP="00C92E6B">
      <w:pPr>
        <w:rPr>
          <w:rFonts w:ascii="Times New Roman" w:hAnsi="Times New Roman" w:cs="Times New Roman"/>
          <w:sz w:val="21"/>
          <w:szCs w:val="21"/>
        </w:rPr>
      </w:pPr>
    </w:p>
    <w:p w14:paraId="02D27E3D" w14:textId="6C6EF16D" w:rsidR="00FB54B4" w:rsidRPr="00D8066C" w:rsidRDefault="00FB54B4" w:rsidP="007E1D8E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Fonts w:ascii="Times New Roman" w:hAnsi="Times New Roman" w:cs="Times New Roman"/>
          <w:sz w:val="21"/>
          <w:szCs w:val="21"/>
        </w:rPr>
        <w:t>This Working Agreement</w:t>
      </w:r>
      <w:r w:rsidR="004F5E7E">
        <w:rPr>
          <w:rFonts w:ascii="Times New Roman" w:hAnsi="Times New Roman" w:cs="Times New Roman"/>
          <w:sz w:val="21"/>
          <w:szCs w:val="21"/>
        </w:rPr>
        <w:t xml:space="preserve"> Policy</w:t>
      </w:r>
      <w:r w:rsidRPr="00D8066C">
        <w:rPr>
          <w:rFonts w:ascii="Times New Roman" w:hAnsi="Times New Roman" w:cs="Times New Roman"/>
          <w:sz w:val="21"/>
          <w:szCs w:val="21"/>
        </w:rPr>
        <w:t xml:space="preserve"> sets out the shared expectations, commitments, and boundaries for all those participating in the North London Pastoral Assistants Scheme (NLPA).  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>It establishes shared expectations concerning</w:t>
      </w:r>
      <w:r w:rsidRPr="00D8066C">
        <w:rPr>
          <w:rStyle w:val="apple-converted-space"/>
          <w:rFonts w:ascii="Times New Roman" w:hAnsi="Times New Roman" w:cs="Times New Roman"/>
          <w:color w:val="000000"/>
          <w:sz w:val="21"/>
          <w:szCs w:val="21"/>
        </w:rPr>
        <w:t> </w:t>
      </w:r>
      <w:r w:rsidRPr="00D8066C">
        <w:rPr>
          <w:rStyle w:val="Strong"/>
          <w:rFonts w:ascii="Times New Roman" w:hAnsi="Times New Roman" w:cs="Times New Roman"/>
          <w:b w:val="0"/>
          <w:bCs w:val="0"/>
          <w:color w:val="000000"/>
          <w:sz w:val="21"/>
          <w:szCs w:val="21"/>
        </w:rPr>
        <w:t>behaviour, participation, and mutual accountability</w:t>
      </w:r>
      <w:r w:rsidRPr="00D8066C">
        <w:rPr>
          <w:rStyle w:val="apple-converted-space"/>
          <w:rFonts w:ascii="Times New Roman" w:hAnsi="Times New Roman" w:cs="Times New Roman"/>
          <w:color w:val="000000"/>
          <w:sz w:val="21"/>
          <w:szCs w:val="21"/>
        </w:rPr>
        <w:t> 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 xml:space="preserve">whilst serving as a volunteer </w:t>
      </w:r>
      <w:r w:rsidR="009931E4">
        <w:rPr>
          <w:rFonts w:ascii="Times New Roman" w:hAnsi="Times New Roman" w:cs="Times New Roman"/>
          <w:color w:val="000000"/>
          <w:sz w:val="21"/>
          <w:szCs w:val="21"/>
        </w:rPr>
        <w:t xml:space="preserve">worker 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>within the Scheme.</w:t>
      </w:r>
    </w:p>
    <w:p w14:paraId="788A5DCE" w14:textId="21C632D3" w:rsidR="00FB54B4" w:rsidRPr="00D8066C" w:rsidRDefault="00FB54B4" w:rsidP="007E1D8E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This agreement is designed to promote development and prevent concerns, rather than to impose discipline, and should be understood within the context of relevant safeguarding and supervision policies.</w:t>
      </w:r>
    </w:p>
    <w:p w14:paraId="60418AE7" w14:textId="174E973B" w:rsidR="00FB54B4" w:rsidRPr="00D8066C" w:rsidRDefault="00FB54B4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This agreement exists to support:</w:t>
      </w:r>
    </w:p>
    <w:p w14:paraId="15DC132D" w14:textId="34C1E572" w:rsidR="00FB54B4" w:rsidRPr="00D8066C" w:rsidRDefault="00FB54B4">
      <w:pPr>
        <w:pStyle w:val="NormalWeb"/>
        <w:numPr>
          <w:ilvl w:val="0"/>
          <w:numId w:val="8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Christian Discipleship and formation.</w:t>
      </w:r>
    </w:p>
    <w:p w14:paraId="20A4D3F8" w14:textId="50E13043" w:rsidR="00FB54B4" w:rsidRPr="00D8066C" w:rsidRDefault="00FB54B4">
      <w:pPr>
        <w:pStyle w:val="NormalWeb"/>
        <w:numPr>
          <w:ilvl w:val="0"/>
          <w:numId w:val="8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Participation in the worship and mission of the Church.</w:t>
      </w:r>
    </w:p>
    <w:p w14:paraId="6BABC129" w14:textId="2E97C144" w:rsidR="00FB54B4" w:rsidRPr="00D8066C" w:rsidRDefault="00FB54B4">
      <w:pPr>
        <w:pStyle w:val="NormalWeb"/>
        <w:numPr>
          <w:ilvl w:val="0"/>
          <w:numId w:val="8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Safe, respectful, and accountable working relationships.</w:t>
      </w:r>
    </w:p>
    <w:p w14:paraId="5F5405FF" w14:textId="4A2D17CD" w:rsidR="00FB54B4" w:rsidRPr="00D8066C" w:rsidRDefault="00FB54B4">
      <w:pPr>
        <w:pStyle w:val="NormalWeb"/>
        <w:numPr>
          <w:ilvl w:val="0"/>
          <w:numId w:val="8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Healthy community life and individual wellbeing. </w:t>
      </w:r>
    </w:p>
    <w:p w14:paraId="56E1CD63" w14:textId="77777777" w:rsidR="00FB54B4" w:rsidRPr="00D8066C" w:rsidRDefault="00110DD1" w:rsidP="007E1D8E">
      <w:pPr>
        <w:rPr>
          <w:rFonts w:ascii="Times New Roman" w:hAnsi="Times New Roman" w:cs="Times New Roman"/>
          <w:sz w:val="21"/>
          <w:szCs w:val="21"/>
        </w:rPr>
      </w:pPr>
      <w:r>
        <w:pict w14:anchorId="2566B5E9">
          <v:rect id="Horizontal Line 2" o:spid="_x0000_s2062" alt="" style="width:317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F914008" w14:textId="285D434A" w:rsidR="00FB54B4" w:rsidRPr="00D8066C" w:rsidRDefault="00FB54B4" w:rsidP="007E1D8E">
      <w:pPr>
        <w:pStyle w:val="Heading2"/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2. Vision and Ethos of the NLPA Scheme</w:t>
      </w:r>
    </w:p>
    <w:p w14:paraId="7252506A" w14:textId="726CA258" w:rsidR="00FB54B4" w:rsidRPr="00D8066C" w:rsidRDefault="00FB54B4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The NLPA Scheme offers an opportunity to share in:</w:t>
      </w:r>
    </w:p>
    <w:p w14:paraId="091736CA" w14:textId="0CA3FCDF" w:rsidR="00FB54B4" w:rsidRPr="00D8066C" w:rsidRDefault="00FB54B4">
      <w:pPr>
        <w:pStyle w:val="NormalWeb"/>
        <w:numPr>
          <w:ilvl w:val="0"/>
          <w:numId w:val="9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The life, worship and mission of the Church.</w:t>
      </w:r>
    </w:p>
    <w:p w14:paraId="62E880D9" w14:textId="12D2A70A" w:rsidR="00FB54B4" w:rsidRPr="00D8066C" w:rsidRDefault="00FB54B4">
      <w:pPr>
        <w:pStyle w:val="NormalWeb"/>
        <w:numPr>
          <w:ilvl w:val="0"/>
          <w:numId w:val="9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A rhythm of prayer, service and community. </w:t>
      </w:r>
    </w:p>
    <w:p w14:paraId="24CE24EE" w14:textId="17C12C65" w:rsidR="00FB54B4" w:rsidRPr="00D8066C" w:rsidRDefault="00FB54B4">
      <w:pPr>
        <w:pStyle w:val="NormalWeb"/>
        <w:numPr>
          <w:ilvl w:val="0"/>
          <w:numId w:val="9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Learning</w:t>
      </w:r>
      <w:r w:rsidR="00755284" w:rsidRPr="00D8066C">
        <w:rPr>
          <w:color w:val="000000"/>
          <w:sz w:val="21"/>
          <w:szCs w:val="21"/>
        </w:rPr>
        <w:t xml:space="preserve">, </w:t>
      </w:r>
      <w:r w:rsidRPr="00D8066C">
        <w:rPr>
          <w:color w:val="000000"/>
          <w:sz w:val="21"/>
          <w:szCs w:val="21"/>
        </w:rPr>
        <w:t xml:space="preserve">discernment, and vocational exploration. </w:t>
      </w:r>
    </w:p>
    <w:p w14:paraId="7417168E" w14:textId="3420EFCC" w:rsidR="00FB54B4" w:rsidRPr="00D8066C" w:rsidRDefault="00FB54B4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lastRenderedPageBreak/>
        <w:t xml:space="preserve">Pastoral Assistants are part of an intentional Christian community in which faith is lived out through: </w:t>
      </w:r>
    </w:p>
    <w:p w14:paraId="3A5F9118" w14:textId="38185233" w:rsidR="00FB54B4" w:rsidRPr="00D8066C" w:rsidRDefault="00FB54B4">
      <w:pPr>
        <w:pStyle w:val="NormalWeb"/>
        <w:numPr>
          <w:ilvl w:val="0"/>
          <w:numId w:val="9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Worship and prayer. </w:t>
      </w:r>
    </w:p>
    <w:p w14:paraId="2736EE9A" w14:textId="3B3936DA" w:rsidR="00FB54B4" w:rsidRPr="00D8066C" w:rsidRDefault="00755284">
      <w:pPr>
        <w:pStyle w:val="NormalWeb"/>
        <w:numPr>
          <w:ilvl w:val="0"/>
          <w:numId w:val="9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Ministry and Service</w:t>
      </w:r>
    </w:p>
    <w:p w14:paraId="34C92D23" w14:textId="2ECDB9AE" w:rsidR="00FB54B4" w:rsidRPr="00D8066C" w:rsidRDefault="00FB54B4">
      <w:pPr>
        <w:pStyle w:val="NormalWeb"/>
        <w:numPr>
          <w:ilvl w:val="0"/>
          <w:numId w:val="9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Learning and reflection.</w:t>
      </w:r>
    </w:p>
    <w:p w14:paraId="24D5729B" w14:textId="77777777" w:rsidR="00FB54B4" w:rsidRPr="00D8066C" w:rsidRDefault="00110DD1" w:rsidP="007E1D8E">
      <w:pPr>
        <w:rPr>
          <w:rFonts w:ascii="Times New Roman" w:hAnsi="Times New Roman" w:cs="Times New Roman"/>
          <w:sz w:val="21"/>
          <w:szCs w:val="21"/>
        </w:rPr>
      </w:pPr>
      <w:r>
        <w:pict w14:anchorId="519A57DB">
          <v:rect id="Horizontal Line 3" o:spid="_x0000_s2061" alt="" style="width:317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B9A6473" w14:textId="77777777" w:rsidR="00FB54B4" w:rsidRPr="00D8066C" w:rsidRDefault="00FB54B4" w:rsidP="007E1D8E">
      <w:pPr>
        <w:pStyle w:val="Heading2"/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3. Participation in Worship and Community Life</w:t>
      </w:r>
    </w:p>
    <w:p w14:paraId="5D0C55D5" w14:textId="77777777" w:rsidR="00FB54B4" w:rsidRPr="00D8066C" w:rsidRDefault="00FB54B4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Pastoral Assistants are expected to:</w:t>
      </w:r>
    </w:p>
    <w:p w14:paraId="475A712A" w14:textId="3B97EEAE" w:rsidR="00FB54B4" w:rsidRPr="00D8066C" w:rsidRDefault="00FB54B4">
      <w:pPr>
        <w:pStyle w:val="NormalWeb"/>
        <w:numPr>
          <w:ilvl w:val="0"/>
          <w:numId w:val="10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Participate regularly in the worshipping life of their placement parish.</w:t>
      </w:r>
    </w:p>
    <w:p w14:paraId="130C6BAF" w14:textId="4EAC62C0" w:rsidR="00FB54B4" w:rsidRPr="00D8066C" w:rsidRDefault="00FB54B4">
      <w:pPr>
        <w:pStyle w:val="NormalWeb"/>
        <w:numPr>
          <w:ilvl w:val="0"/>
          <w:numId w:val="10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Attend Offices and principal services on working days (unless otherwise agreed).</w:t>
      </w:r>
    </w:p>
    <w:p w14:paraId="1142695C" w14:textId="70760A36" w:rsidR="00FB54B4" w:rsidRPr="00D8066C" w:rsidRDefault="00FB54B4">
      <w:pPr>
        <w:pStyle w:val="NormalWeb"/>
        <w:numPr>
          <w:ilvl w:val="0"/>
          <w:numId w:val="10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Take part in Scheme training and retreats where applicable.</w:t>
      </w:r>
    </w:p>
    <w:p w14:paraId="4FA26C4D" w14:textId="62786327" w:rsidR="00FB54B4" w:rsidRPr="00D8066C" w:rsidRDefault="00FB54B4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Such participation is: </w:t>
      </w:r>
    </w:p>
    <w:p w14:paraId="63AC119E" w14:textId="65BBC4CB" w:rsidR="00FB54B4" w:rsidRPr="00D8066C" w:rsidRDefault="00FB54B4">
      <w:pPr>
        <w:pStyle w:val="NormalWeb"/>
        <w:numPr>
          <w:ilvl w:val="0"/>
          <w:numId w:val="10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An expression of shared discipleship. </w:t>
      </w:r>
    </w:p>
    <w:p w14:paraId="5B2CCF83" w14:textId="612D3AAA" w:rsidR="00FB54B4" w:rsidRPr="00D8066C" w:rsidRDefault="00FB54B4">
      <w:pPr>
        <w:pStyle w:val="NormalWeb"/>
        <w:numPr>
          <w:ilvl w:val="0"/>
          <w:numId w:val="10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A means of spiritual growth and formation.</w:t>
      </w:r>
    </w:p>
    <w:p w14:paraId="12D70147" w14:textId="3BCD8159" w:rsidR="00FB54B4" w:rsidRPr="00D8066C" w:rsidRDefault="00FB54B4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 Participation must not be:</w:t>
      </w:r>
    </w:p>
    <w:p w14:paraId="7D1BC1C6" w14:textId="1E39A17C" w:rsidR="00FB54B4" w:rsidRPr="00D8066C" w:rsidRDefault="00FB54B4">
      <w:pPr>
        <w:pStyle w:val="NormalWeb"/>
        <w:numPr>
          <w:ilvl w:val="0"/>
          <w:numId w:val="10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Enforced in a way that removes personal agency. </w:t>
      </w:r>
    </w:p>
    <w:p w14:paraId="5D58C4FA" w14:textId="16258B03" w:rsidR="00FB54B4" w:rsidRPr="00D8066C" w:rsidRDefault="00FB54B4">
      <w:pPr>
        <w:pStyle w:val="NormalWeb"/>
        <w:numPr>
          <w:ilvl w:val="0"/>
          <w:numId w:val="10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Used as a measure of worth, compliance, or spiritual standing</w:t>
      </w:r>
    </w:p>
    <w:p w14:paraId="31898FE6" w14:textId="77777777" w:rsidR="00FB54B4" w:rsidRPr="00D8066C" w:rsidRDefault="00110DD1" w:rsidP="007E1D8E">
      <w:pPr>
        <w:rPr>
          <w:rFonts w:ascii="Times New Roman" w:hAnsi="Times New Roman" w:cs="Times New Roman"/>
          <w:sz w:val="21"/>
          <w:szCs w:val="21"/>
        </w:rPr>
      </w:pPr>
      <w:r>
        <w:pict w14:anchorId="685E669B">
          <v:rect id="Horizontal Line 4" o:spid="_x0000_s2060" alt="" style="width:317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56245AC" w14:textId="77777777" w:rsidR="00FB54B4" w:rsidRPr="00D8066C" w:rsidRDefault="00FB54B4" w:rsidP="007E1D8E">
      <w:pPr>
        <w:pStyle w:val="Heading2"/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4. Ministry and Service</w:t>
      </w:r>
    </w:p>
    <w:p w14:paraId="74CE5BC0" w14:textId="77777777" w:rsidR="00FB54B4" w:rsidRPr="00D8066C" w:rsidRDefault="00FB54B4" w:rsidP="007E1D8E">
      <w:pPr>
        <w:rPr>
          <w:rFonts w:ascii="Times New Roman" w:hAnsi="Times New Roman" w:cs="Times New Roman"/>
          <w:sz w:val="21"/>
          <w:szCs w:val="21"/>
        </w:rPr>
      </w:pPr>
    </w:p>
    <w:p w14:paraId="14527593" w14:textId="2CEF564C" w:rsidR="00FB54B4" w:rsidRPr="00D8066C" w:rsidRDefault="00FB54B4" w:rsidP="007E1D8E">
      <w:p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sz w:val="21"/>
          <w:szCs w:val="21"/>
        </w:rPr>
        <w:t>Pastoral Assistants may be invited to participate in ministry, including:</w:t>
      </w:r>
    </w:p>
    <w:p w14:paraId="208B697E" w14:textId="7BEA57F5" w:rsidR="00FB54B4" w:rsidRPr="00D8066C" w:rsidRDefault="00FB54B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sz w:val="21"/>
          <w:szCs w:val="21"/>
        </w:rPr>
        <w:t>A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>ssisting in services and worship.</w:t>
      </w:r>
    </w:p>
    <w:p w14:paraId="1530F9DD" w14:textId="58A33DA2" w:rsidR="00FB54B4" w:rsidRPr="00D8066C" w:rsidRDefault="00FB54B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Preaching, where authorised and agreed.</w:t>
      </w:r>
    </w:p>
    <w:p w14:paraId="7A0A65A5" w14:textId="58822EB1" w:rsidR="00FB54B4" w:rsidRPr="00D8066C" w:rsidRDefault="00FB54B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Pastoral and community engagement.</w:t>
      </w:r>
    </w:p>
    <w:p w14:paraId="6F82D950" w14:textId="1C1F71F3" w:rsidR="00FB54B4" w:rsidRPr="00D8066C" w:rsidRDefault="00FB54B4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Supporting parish activities and events.</w:t>
      </w:r>
    </w:p>
    <w:p w14:paraId="09D7CD06" w14:textId="77777777" w:rsidR="00FB54B4" w:rsidRPr="00D8066C" w:rsidRDefault="00FB54B4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All ministry must:</w:t>
      </w:r>
    </w:p>
    <w:p w14:paraId="1D2B9253" w14:textId="0E7F6F40" w:rsidR="00FB54B4" w:rsidRPr="00D8066C" w:rsidRDefault="00FB54B4">
      <w:pPr>
        <w:pStyle w:val="NormalWeb"/>
        <w:numPr>
          <w:ilvl w:val="0"/>
          <w:numId w:val="11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Be undertaken with appropriate supervision and authorisation.</w:t>
      </w:r>
    </w:p>
    <w:p w14:paraId="61D8D92F" w14:textId="77777777" w:rsidR="00FB54B4" w:rsidRPr="00D8066C" w:rsidRDefault="00FB54B4">
      <w:pPr>
        <w:pStyle w:val="NormalWeb"/>
        <w:numPr>
          <w:ilvl w:val="0"/>
          <w:numId w:val="11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Be proportionate to the individual’s experience and training.</w:t>
      </w:r>
    </w:p>
    <w:p w14:paraId="36E11581" w14:textId="7C5451FF" w:rsidR="00FB54B4" w:rsidRPr="00D8066C" w:rsidRDefault="00FB54B4">
      <w:pPr>
        <w:pStyle w:val="NormalWeb"/>
        <w:numPr>
          <w:ilvl w:val="0"/>
          <w:numId w:val="11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Take place within safeguarding requirements and role boundaries.</w:t>
      </w:r>
    </w:p>
    <w:p w14:paraId="7402C3C9" w14:textId="77777777" w:rsidR="00FB54B4" w:rsidRPr="00D8066C" w:rsidRDefault="00FB54B4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Pastoral Assistants must not:</w:t>
      </w:r>
    </w:p>
    <w:p w14:paraId="1D0202E2" w14:textId="3CFA505B" w:rsidR="00FB54B4" w:rsidRPr="00D8066C" w:rsidRDefault="00FB54B4">
      <w:pPr>
        <w:pStyle w:val="NormalWeb"/>
        <w:numPr>
          <w:ilvl w:val="0"/>
          <w:numId w:val="11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lastRenderedPageBreak/>
        <w:t xml:space="preserve">Undertake </w:t>
      </w:r>
      <w:r w:rsidRPr="00D8066C">
        <w:rPr>
          <w:sz w:val="21"/>
          <w:szCs w:val="21"/>
        </w:rPr>
        <w:t>responsibilities beyond their competence or authorisation.</w:t>
      </w:r>
    </w:p>
    <w:p w14:paraId="291DF2A1" w14:textId="771090B9" w:rsidR="00FB54B4" w:rsidRPr="00D8066C" w:rsidRDefault="00FB54B4">
      <w:pPr>
        <w:pStyle w:val="NormalWeb"/>
        <w:numPr>
          <w:ilvl w:val="0"/>
          <w:numId w:val="11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Be placed in roles requiring inappropriate or </w:t>
      </w:r>
      <w:r w:rsidR="009931E4">
        <w:rPr>
          <w:color w:val="000000"/>
          <w:sz w:val="21"/>
          <w:szCs w:val="21"/>
        </w:rPr>
        <w:t>undirected</w:t>
      </w:r>
      <w:r w:rsidRPr="00D8066C">
        <w:rPr>
          <w:color w:val="000000"/>
          <w:sz w:val="21"/>
          <w:szCs w:val="21"/>
        </w:rPr>
        <w:t xml:space="preserve"> responsibility.</w:t>
      </w:r>
    </w:p>
    <w:p w14:paraId="7CF1C0A8" w14:textId="77777777" w:rsidR="00FB54B4" w:rsidRPr="00D8066C" w:rsidRDefault="00110DD1" w:rsidP="007E1D8E">
      <w:pPr>
        <w:rPr>
          <w:rFonts w:ascii="Times New Roman" w:hAnsi="Times New Roman" w:cs="Times New Roman"/>
          <w:sz w:val="21"/>
          <w:szCs w:val="21"/>
        </w:rPr>
      </w:pPr>
      <w:r>
        <w:pict w14:anchorId="2B2219C9">
          <v:rect id="Horizontal Line 5" o:spid="_x0000_s2059" alt="" style="width:317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1B1C57D" w14:textId="77777777" w:rsidR="00FB54B4" w:rsidRPr="00D8066C" w:rsidRDefault="00FB54B4" w:rsidP="007E1D8E">
      <w:pPr>
        <w:pStyle w:val="Heading2"/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5. Roles and Accountability</w:t>
      </w:r>
    </w:p>
    <w:p w14:paraId="2597E66B" w14:textId="31FB154C" w:rsidR="00FB54B4" w:rsidRPr="00D8066C" w:rsidRDefault="00FB54B4" w:rsidP="007E1D8E">
      <w:pPr>
        <w:pStyle w:val="Heading3"/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5.1 Pastoral Assistants</w:t>
      </w:r>
    </w:p>
    <w:p w14:paraId="4A4FBB3F" w14:textId="67971AEE" w:rsidR="00FB54B4" w:rsidRPr="00D8066C" w:rsidRDefault="00FB54B4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The Scheme expects that Pastoral Assistants will</w:t>
      </w:r>
      <w:r w:rsidR="005D5BA7" w:rsidRPr="00D8066C">
        <w:rPr>
          <w:color w:val="000000"/>
          <w:sz w:val="21"/>
          <w:szCs w:val="21"/>
        </w:rPr>
        <w:t xml:space="preserve"> agree to: </w:t>
      </w:r>
    </w:p>
    <w:p w14:paraId="655A6334" w14:textId="0A3BB7B4" w:rsidR="00FB54B4" w:rsidRPr="00D8066C" w:rsidRDefault="005D5BA7">
      <w:pPr>
        <w:pStyle w:val="NormalWeb"/>
        <w:numPr>
          <w:ilvl w:val="0"/>
          <w:numId w:val="12"/>
        </w:numPr>
        <w:spacing w:line="276" w:lineRule="auto"/>
        <w:rPr>
          <w:sz w:val="21"/>
          <w:szCs w:val="21"/>
        </w:rPr>
      </w:pPr>
      <w:r w:rsidRPr="00D8066C">
        <w:rPr>
          <w:sz w:val="21"/>
          <w:szCs w:val="21"/>
        </w:rPr>
        <w:t>Participate in parish life.</w:t>
      </w:r>
    </w:p>
    <w:p w14:paraId="09E5E191" w14:textId="77777777" w:rsidR="005D5BA7" w:rsidRPr="009931E4" w:rsidRDefault="005D5BA7">
      <w:pPr>
        <w:pStyle w:val="NormalWeb"/>
        <w:numPr>
          <w:ilvl w:val="0"/>
          <w:numId w:val="12"/>
        </w:numPr>
        <w:spacing w:line="276" w:lineRule="auto"/>
        <w:rPr>
          <w:sz w:val="21"/>
          <w:szCs w:val="21"/>
        </w:rPr>
      </w:pPr>
      <w:r w:rsidRPr="00D8066C">
        <w:rPr>
          <w:sz w:val="21"/>
          <w:szCs w:val="21"/>
        </w:rPr>
        <w:t>A</w:t>
      </w:r>
      <w:r w:rsidRPr="00D8066C">
        <w:rPr>
          <w:color w:val="000000"/>
          <w:sz w:val="21"/>
          <w:szCs w:val="21"/>
        </w:rPr>
        <w:t>ttend supervision, staff meetings, and agreed commitments punctually.</w:t>
      </w:r>
    </w:p>
    <w:p w14:paraId="293C0380" w14:textId="73C3EF0F" w:rsidR="009931E4" w:rsidRPr="00D8066C" w:rsidRDefault="009931E4">
      <w:pPr>
        <w:pStyle w:val="NormalWeb"/>
        <w:numPr>
          <w:ilvl w:val="0"/>
          <w:numId w:val="12"/>
        </w:numPr>
        <w:spacing w:line="276" w:lineRule="auto"/>
        <w:rPr>
          <w:sz w:val="21"/>
          <w:szCs w:val="21"/>
        </w:rPr>
      </w:pPr>
      <w:r>
        <w:rPr>
          <w:color w:val="000000"/>
          <w:sz w:val="21"/>
          <w:szCs w:val="21"/>
        </w:rPr>
        <w:t xml:space="preserve">Attend spiritual and theological formation sessions giving these first priority. </w:t>
      </w:r>
    </w:p>
    <w:p w14:paraId="0F95DDD8" w14:textId="77777777" w:rsidR="005D5BA7" w:rsidRPr="00D8066C" w:rsidRDefault="005D5BA7">
      <w:pPr>
        <w:pStyle w:val="NormalWeb"/>
        <w:numPr>
          <w:ilvl w:val="0"/>
          <w:numId w:val="12"/>
        </w:numPr>
        <w:spacing w:line="276" w:lineRule="auto"/>
        <w:rPr>
          <w:sz w:val="21"/>
          <w:szCs w:val="21"/>
        </w:rPr>
      </w:pPr>
      <w:r w:rsidRPr="00D8066C">
        <w:rPr>
          <w:color w:val="000000"/>
          <w:sz w:val="21"/>
          <w:szCs w:val="21"/>
        </w:rPr>
        <w:t>Be courteous, honest, and professional in conduct</w:t>
      </w:r>
    </w:p>
    <w:p w14:paraId="6B63A535" w14:textId="01508B2F" w:rsidR="005D5BA7" w:rsidRPr="00D8066C" w:rsidRDefault="005D5BA7">
      <w:pPr>
        <w:pStyle w:val="NormalWeb"/>
        <w:numPr>
          <w:ilvl w:val="0"/>
          <w:numId w:val="12"/>
        </w:numPr>
        <w:spacing w:line="276" w:lineRule="auto"/>
        <w:rPr>
          <w:sz w:val="21"/>
          <w:szCs w:val="21"/>
        </w:rPr>
      </w:pPr>
      <w:r w:rsidRPr="00D8066C">
        <w:rPr>
          <w:color w:val="000000"/>
          <w:sz w:val="21"/>
          <w:szCs w:val="21"/>
        </w:rPr>
        <w:t>Be well-presented, attentive, and prepared for work</w:t>
      </w:r>
      <w:r w:rsidR="003D613F" w:rsidRPr="00D8066C">
        <w:rPr>
          <w:color w:val="000000"/>
          <w:sz w:val="21"/>
          <w:szCs w:val="21"/>
        </w:rPr>
        <w:t>.</w:t>
      </w:r>
    </w:p>
    <w:p w14:paraId="0735E82D" w14:textId="4E53D1EA" w:rsidR="005D5BA7" w:rsidRPr="00D8066C" w:rsidRDefault="005D5BA7">
      <w:pPr>
        <w:pStyle w:val="NormalWeb"/>
        <w:numPr>
          <w:ilvl w:val="0"/>
          <w:numId w:val="12"/>
        </w:numPr>
        <w:spacing w:line="276" w:lineRule="auto"/>
        <w:rPr>
          <w:sz w:val="21"/>
          <w:szCs w:val="21"/>
        </w:rPr>
      </w:pPr>
      <w:r w:rsidRPr="00D8066C">
        <w:rPr>
          <w:color w:val="000000"/>
          <w:sz w:val="21"/>
          <w:szCs w:val="21"/>
        </w:rPr>
        <w:t>Communicate openly about capacity and concerns.</w:t>
      </w:r>
    </w:p>
    <w:p w14:paraId="04183979" w14:textId="4A0E9993" w:rsidR="005D5BA7" w:rsidRPr="00D8066C" w:rsidRDefault="005D5BA7" w:rsidP="007E1D8E">
      <w:pPr>
        <w:pStyle w:val="NormalWeb"/>
        <w:spacing w:line="276" w:lineRule="auto"/>
        <w:rPr>
          <w:b/>
          <w:bCs/>
          <w:sz w:val="21"/>
          <w:szCs w:val="21"/>
        </w:rPr>
      </w:pPr>
      <w:r w:rsidRPr="00D8066C">
        <w:rPr>
          <w:b/>
          <w:bCs/>
          <w:sz w:val="21"/>
          <w:szCs w:val="21"/>
        </w:rPr>
        <w:t xml:space="preserve">5.2 Supervisors </w:t>
      </w:r>
    </w:p>
    <w:p w14:paraId="33BE0B28" w14:textId="63DDE783" w:rsidR="005D5BA7" w:rsidRPr="00D8066C" w:rsidRDefault="005D5BA7" w:rsidP="007E1D8E">
      <w:pPr>
        <w:pStyle w:val="NormalWeb"/>
        <w:spacing w:line="276" w:lineRule="auto"/>
        <w:rPr>
          <w:sz w:val="21"/>
          <w:szCs w:val="21"/>
        </w:rPr>
      </w:pPr>
      <w:r w:rsidRPr="00D8066C">
        <w:rPr>
          <w:sz w:val="21"/>
          <w:szCs w:val="21"/>
        </w:rPr>
        <w:t xml:space="preserve">Placement supervisors agree to: </w:t>
      </w:r>
    </w:p>
    <w:p w14:paraId="61723348" w14:textId="1673651B" w:rsidR="005D5BA7" w:rsidRPr="00D8066C" w:rsidRDefault="005D5BA7">
      <w:pPr>
        <w:pStyle w:val="NormalWeb"/>
        <w:numPr>
          <w:ilvl w:val="0"/>
          <w:numId w:val="13"/>
        </w:numPr>
        <w:spacing w:line="276" w:lineRule="auto"/>
        <w:rPr>
          <w:sz w:val="21"/>
          <w:szCs w:val="21"/>
        </w:rPr>
      </w:pPr>
      <w:r w:rsidRPr="00D8066C">
        <w:rPr>
          <w:sz w:val="21"/>
          <w:szCs w:val="21"/>
        </w:rPr>
        <w:t>Provide oversight, support, and regular supervision</w:t>
      </w:r>
    </w:p>
    <w:p w14:paraId="19BB11CE" w14:textId="21589CDB" w:rsidR="005D5BA7" w:rsidRPr="00D8066C" w:rsidRDefault="005D5BA7">
      <w:pPr>
        <w:pStyle w:val="NormalWeb"/>
        <w:numPr>
          <w:ilvl w:val="0"/>
          <w:numId w:val="13"/>
        </w:numPr>
        <w:spacing w:line="276" w:lineRule="auto"/>
        <w:rPr>
          <w:sz w:val="21"/>
          <w:szCs w:val="21"/>
        </w:rPr>
      </w:pPr>
      <w:r w:rsidRPr="00D8066C">
        <w:rPr>
          <w:sz w:val="21"/>
          <w:szCs w:val="21"/>
        </w:rPr>
        <w:t>Enable growth without coercion or control</w:t>
      </w:r>
    </w:p>
    <w:p w14:paraId="3C94FB1A" w14:textId="3A71EF8F" w:rsidR="005D5BA7" w:rsidRPr="00D8066C" w:rsidRDefault="005D5BA7">
      <w:pPr>
        <w:pStyle w:val="NormalWeb"/>
        <w:numPr>
          <w:ilvl w:val="0"/>
          <w:numId w:val="13"/>
        </w:numPr>
        <w:spacing w:line="276" w:lineRule="auto"/>
        <w:rPr>
          <w:sz w:val="21"/>
          <w:szCs w:val="21"/>
        </w:rPr>
      </w:pPr>
      <w:r w:rsidRPr="00D8066C">
        <w:rPr>
          <w:sz w:val="21"/>
          <w:szCs w:val="21"/>
        </w:rPr>
        <w:t>maintain appropriate boundaries</w:t>
      </w:r>
    </w:p>
    <w:p w14:paraId="733B06E9" w14:textId="3A851E3E" w:rsidR="005D5BA7" w:rsidRPr="00D8066C" w:rsidRDefault="005D5BA7">
      <w:pPr>
        <w:pStyle w:val="NormalWeb"/>
        <w:numPr>
          <w:ilvl w:val="0"/>
          <w:numId w:val="13"/>
        </w:numPr>
        <w:spacing w:line="276" w:lineRule="auto"/>
        <w:rPr>
          <w:sz w:val="21"/>
          <w:szCs w:val="21"/>
        </w:rPr>
      </w:pPr>
      <w:r w:rsidRPr="00D8066C">
        <w:rPr>
          <w:sz w:val="21"/>
          <w:szCs w:val="21"/>
        </w:rPr>
        <w:t>exercise authority responsibly and accountably</w:t>
      </w:r>
    </w:p>
    <w:p w14:paraId="06682D91" w14:textId="77777777" w:rsidR="005D5BA7" w:rsidRPr="00D8066C" w:rsidRDefault="005D5BA7">
      <w:pPr>
        <w:pStyle w:val="NormalWeb"/>
        <w:numPr>
          <w:ilvl w:val="0"/>
          <w:numId w:val="13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feedback should be shared honestly and constructively</w:t>
      </w:r>
    </w:p>
    <w:p w14:paraId="05A9A4F5" w14:textId="77160F0D" w:rsidR="00FB54B4" w:rsidRPr="00D8066C" w:rsidRDefault="005D5BA7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b/>
          <w:bCs/>
          <w:sz w:val="21"/>
          <w:szCs w:val="21"/>
        </w:rPr>
        <w:t>5.3</w:t>
      </w:r>
      <w:r w:rsidRPr="00D8066C">
        <w:rPr>
          <w:sz w:val="21"/>
          <w:szCs w:val="21"/>
        </w:rPr>
        <w:t xml:space="preserve"> </w:t>
      </w:r>
      <w:r w:rsidRPr="00D8066C">
        <w:rPr>
          <w:rStyle w:val="Strong"/>
          <w:color w:val="000000"/>
          <w:sz w:val="21"/>
          <w:szCs w:val="21"/>
        </w:rPr>
        <w:t xml:space="preserve">Board of Trustees and Leadership </w:t>
      </w:r>
    </w:p>
    <w:p w14:paraId="582A055F" w14:textId="30B15DF1" w:rsidR="00FB54B4" w:rsidRPr="00D8066C" w:rsidRDefault="005D5BA7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The NLPA Scheme Board of Trustees agree to:</w:t>
      </w:r>
    </w:p>
    <w:p w14:paraId="5203840A" w14:textId="135B2803" w:rsidR="005D5BA7" w:rsidRPr="00D8066C" w:rsidRDefault="005D5BA7">
      <w:pPr>
        <w:pStyle w:val="NormalWeb"/>
        <w:numPr>
          <w:ilvl w:val="0"/>
          <w:numId w:val="14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Provide clear </w:t>
      </w:r>
      <w:r w:rsidR="00FB54B4" w:rsidRPr="00D8066C">
        <w:rPr>
          <w:color w:val="000000"/>
          <w:sz w:val="21"/>
          <w:szCs w:val="21"/>
        </w:rPr>
        <w:t>structure</w:t>
      </w:r>
      <w:r w:rsidRPr="00D8066C">
        <w:rPr>
          <w:color w:val="000000"/>
          <w:sz w:val="21"/>
          <w:szCs w:val="21"/>
        </w:rPr>
        <w:t>,</w:t>
      </w:r>
      <w:r w:rsidR="00FB54B4" w:rsidRPr="00D8066C">
        <w:rPr>
          <w:color w:val="000000"/>
          <w:sz w:val="21"/>
          <w:szCs w:val="21"/>
        </w:rPr>
        <w:t xml:space="preserve"> expectations</w:t>
      </w:r>
      <w:r w:rsidRPr="00D8066C">
        <w:rPr>
          <w:color w:val="000000"/>
          <w:sz w:val="21"/>
          <w:szCs w:val="21"/>
        </w:rPr>
        <w:t xml:space="preserve"> and support.</w:t>
      </w:r>
    </w:p>
    <w:p w14:paraId="6D57D968" w14:textId="622A3B66" w:rsidR="005D5BA7" w:rsidRPr="00D8066C" w:rsidRDefault="005D5BA7">
      <w:pPr>
        <w:pStyle w:val="NormalWeb"/>
        <w:numPr>
          <w:ilvl w:val="0"/>
          <w:numId w:val="14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En</w:t>
      </w:r>
      <w:r w:rsidR="00FB54B4" w:rsidRPr="00D8066C">
        <w:rPr>
          <w:color w:val="000000"/>
          <w:sz w:val="21"/>
          <w:szCs w:val="21"/>
        </w:rPr>
        <w:t>sure appropriate</w:t>
      </w:r>
      <w:r w:rsidRPr="00D8066C">
        <w:rPr>
          <w:color w:val="000000"/>
          <w:sz w:val="21"/>
          <w:szCs w:val="21"/>
        </w:rPr>
        <w:t xml:space="preserve"> and safe</w:t>
      </w:r>
      <w:r w:rsidR="00FB54B4" w:rsidRPr="00D8066C">
        <w:rPr>
          <w:color w:val="000000"/>
          <w:sz w:val="21"/>
          <w:szCs w:val="21"/>
        </w:rPr>
        <w:t xml:space="preserve"> placements and oversight</w:t>
      </w:r>
      <w:r w:rsidRPr="00D8066C">
        <w:rPr>
          <w:color w:val="000000"/>
          <w:sz w:val="21"/>
          <w:szCs w:val="21"/>
        </w:rPr>
        <w:t>.</w:t>
      </w:r>
    </w:p>
    <w:p w14:paraId="7FEA8565" w14:textId="77777777" w:rsidR="005D5BA7" w:rsidRPr="00D8066C" w:rsidRDefault="005D5BA7">
      <w:pPr>
        <w:pStyle w:val="NormalWeb"/>
        <w:numPr>
          <w:ilvl w:val="0"/>
          <w:numId w:val="14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Respond to concerns </w:t>
      </w:r>
      <w:r w:rsidR="00FB54B4" w:rsidRPr="00D8066C">
        <w:rPr>
          <w:color w:val="000000"/>
          <w:sz w:val="21"/>
          <w:szCs w:val="21"/>
        </w:rPr>
        <w:t>appropriately</w:t>
      </w:r>
      <w:r w:rsidRPr="00D8066C">
        <w:rPr>
          <w:color w:val="000000"/>
          <w:sz w:val="21"/>
          <w:szCs w:val="21"/>
        </w:rPr>
        <w:t>.</w:t>
      </w:r>
    </w:p>
    <w:p w14:paraId="7C85A255" w14:textId="7D9E26A6" w:rsidR="00FB54B4" w:rsidRPr="00D8066C" w:rsidRDefault="005D5BA7">
      <w:pPr>
        <w:pStyle w:val="NormalWeb"/>
        <w:numPr>
          <w:ilvl w:val="0"/>
          <w:numId w:val="14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E</w:t>
      </w:r>
      <w:r w:rsidR="00FB54B4" w:rsidRPr="00D8066C">
        <w:rPr>
          <w:color w:val="000000"/>
          <w:sz w:val="21"/>
          <w:szCs w:val="21"/>
        </w:rPr>
        <w:t>nsure financial and organisational accountability</w:t>
      </w:r>
      <w:r w:rsidRPr="00D8066C">
        <w:rPr>
          <w:color w:val="000000"/>
          <w:sz w:val="21"/>
          <w:szCs w:val="21"/>
        </w:rPr>
        <w:t>.</w:t>
      </w:r>
    </w:p>
    <w:p w14:paraId="5B4AF57C" w14:textId="77777777" w:rsidR="00FB54B4" w:rsidRPr="00D8066C" w:rsidRDefault="00110DD1" w:rsidP="007E1D8E">
      <w:pPr>
        <w:rPr>
          <w:rFonts w:ascii="Times New Roman" w:hAnsi="Times New Roman" w:cs="Times New Roman"/>
          <w:sz w:val="21"/>
          <w:szCs w:val="21"/>
        </w:rPr>
      </w:pPr>
      <w:r>
        <w:pict w14:anchorId="5C8712DA">
          <v:rect id="Horizontal Line 6" o:spid="_x0000_s2058" alt="" style="width:317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5B87F65" w14:textId="77777777" w:rsidR="00FB54B4" w:rsidRPr="00D8066C" w:rsidRDefault="00FB54B4" w:rsidP="007E1D8E">
      <w:pPr>
        <w:pStyle w:val="Heading2"/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6. Use of Time</w:t>
      </w:r>
    </w:p>
    <w:p w14:paraId="48A180D2" w14:textId="77777777" w:rsidR="005D5BA7" w:rsidRPr="00D8066C" w:rsidRDefault="005D5BA7" w:rsidP="007E1D8E">
      <w:pPr>
        <w:rPr>
          <w:rFonts w:ascii="Times New Roman" w:hAnsi="Times New Roman" w:cs="Times New Roman"/>
          <w:sz w:val="21"/>
          <w:szCs w:val="21"/>
        </w:rPr>
      </w:pPr>
    </w:p>
    <w:p w14:paraId="5577A1D0" w14:textId="0399D646" w:rsidR="00FB54B4" w:rsidRPr="00D8066C" w:rsidRDefault="005D5BA7" w:rsidP="007E1D8E">
      <w:pPr>
        <w:rPr>
          <w:rFonts w:ascii="Times New Roman" w:hAnsi="Times New Roman" w:cs="Times New Roman"/>
          <w:color w:val="FF0000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 xml:space="preserve">Pastoral Assistants agree to use their working time responsibly, maintaining a healthy balance of work, rest, </w:t>
      </w:r>
      <w:r w:rsidR="009931E4">
        <w:rPr>
          <w:rFonts w:ascii="Times New Roman" w:hAnsi="Times New Roman" w:cs="Times New Roman"/>
          <w:color w:val="000000"/>
          <w:sz w:val="21"/>
          <w:szCs w:val="21"/>
        </w:rPr>
        <w:t xml:space="preserve">prayer, reading 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 xml:space="preserve">and recreation. They will respect agreed working hours and fulfil all commitments in a timely and reliable manner, take regular days off for rest and wellbeing, and ensure 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lastRenderedPageBreak/>
        <w:t>they take their full holiday entitlement, arranged in advance with their supervisor. They will not undertake additional</w:t>
      </w:r>
      <w:r w:rsidR="00755284" w:rsidRPr="00D8066C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>work during the placement without prior agreement from the Scheme.</w:t>
      </w:r>
      <w:r w:rsidR="00D8066C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</w:p>
    <w:p w14:paraId="753DCBEB" w14:textId="77777777" w:rsidR="00FB54B4" w:rsidRPr="00D8066C" w:rsidRDefault="00110DD1" w:rsidP="007E1D8E">
      <w:pPr>
        <w:rPr>
          <w:rFonts w:ascii="Times New Roman" w:hAnsi="Times New Roman" w:cs="Times New Roman"/>
          <w:sz w:val="21"/>
          <w:szCs w:val="21"/>
        </w:rPr>
      </w:pPr>
      <w:r>
        <w:pict w14:anchorId="4B814951">
          <v:rect id="Horizontal Line 7" o:spid="_x0000_s2057" alt="" style="width:317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556591D" w14:textId="7379352C" w:rsidR="00FB54B4" w:rsidRPr="00D8066C" w:rsidRDefault="005D5BA7" w:rsidP="007E1D8E">
      <w:pPr>
        <w:pStyle w:val="Heading2"/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7</w:t>
      </w:r>
      <w:r w:rsidR="00FB54B4"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. Accommodation</w:t>
      </w: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and Community Life </w:t>
      </w:r>
      <w:r w:rsidR="00FB54B4"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</w:t>
      </w:r>
    </w:p>
    <w:p w14:paraId="49FD81E5" w14:textId="12ED3C50" w:rsidR="005D5BA7" w:rsidRPr="00D8066C" w:rsidRDefault="005D5BA7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rStyle w:val="Strong"/>
          <w:color w:val="000000"/>
          <w:sz w:val="21"/>
          <w:szCs w:val="21"/>
        </w:rPr>
        <w:t>7.1</w:t>
      </w:r>
      <w:r w:rsidRPr="00D8066C">
        <w:rPr>
          <w:rStyle w:val="Strong"/>
          <w:b w:val="0"/>
          <w:bCs w:val="0"/>
          <w:color w:val="000000"/>
          <w:sz w:val="21"/>
          <w:szCs w:val="21"/>
        </w:rPr>
        <w:t xml:space="preserve"> </w:t>
      </w:r>
      <w:r w:rsidRPr="00D8066C">
        <w:rPr>
          <w:color w:val="000000"/>
          <w:sz w:val="21"/>
          <w:szCs w:val="21"/>
        </w:rPr>
        <w:t>Where accommodation is provided, it shall be understood and maintained as:</w:t>
      </w:r>
    </w:p>
    <w:p w14:paraId="5AF95EB8" w14:textId="7CA07533" w:rsidR="005D5BA7" w:rsidRPr="00D8066C" w:rsidRDefault="005D5BA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sz w:val="21"/>
          <w:szCs w:val="21"/>
        </w:rPr>
        <w:t xml:space="preserve">A 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>place of rest, safety, and shared living.</w:t>
      </w:r>
    </w:p>
    <w:p w14:paraId="1F008865" w14:textId="7CF5DCD4" w:rsidR="005D5BA7" w:rsidRPr="00D8066C" w:rsidRDefault="005D5BA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A domestic environment, not a setting for supervision or the exercise of ministry authority.</w:t>
      </w:r>
    </w:p>
    <w:p w14:paraId="057DCDA1" w14:textId="4EC8BEBF" w:rsidR="004B3205" w:rsidRPr="00D8066C" w:rsidRDefault="004B3205" w:rsidP="007E1D8E">
      <w:pPr>
        <w:pStyle w:val="Heading4"/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</w:pPr>
      <w:r w:rsidRPr="00D8066C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1"/>
          <w:szCs w:val="21"/>
        </w:rPr>
        <w:t xml:space="preserve"> </w:t>
      </w:r>
      <w:r w:rsidRPr="00D8066C"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  <w:t xml:space="preserve">7.2 Expectations of Residents (Pastoral Assistants) </w:t>
      </w:r>
    </w:p>
    <w:p w14:paraId="26AAFF1C" w14:textId="77777777" w:rsidR="007E1D8E" w:rsidRPr="00D8066C" w:rsidRDefault="007E1D8E" w:rsidP="007E1D8E">
      <w:pPr>
        <w:rPr>
          <w:rFonts w:ascii="Times New Roman" w:hAnsi="Times New Roman" w:cs="Times New Roman"/>
          <w:sz w:val="21"/>
          <w:szCs w:val="21"/>
        </w:rPr>
      </w:pPr>
    </w:p>
    <w:p w14:paraId="1165EA7A" w14:textId="315F0E0E" w:rsidR="004B3205" w:rsidRPr="00D8066C" w:rsidRDefault="004B3205" w:rsidP="007E1D8E">
      <w:p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All residents are required to:</w:t>
      </w:r>
    </w:p>
    <w:p w14:paraId="1B11374C" w14:textId="77777777" w:rsidR="004B3205" w:rsidRPr="00D8066C" w:rsidRDefault="004B320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Comply with agreed house rules and shared responsibilities as set out in the Shared Living Agreement.</w:t>
      </w:r>
    </w:p>
    <w:p w14:paraId="00A42F77" w14:textId="36D7C59C" w:rsidR="005D5BA7" w:rsidRPr="00D8066C" w:rsidRDefault="004B320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C</w:t>
      </w:r>
      <w:r w:rsidR="005D5BA7" w:rsidRPr="00D8066C">
        <w:rPr>
          <w:rFonts w:ascii="Times New Roman" w:hAnsi="Times New Roman" w:cs="Times New Roman"/>
          <w:color w:val="000000"/>
          <w:sz w:val="21"/>
          <w:szCs w:val="21"/>
        </w:rPr>
        <w:t>ontribute to maintaining a safe and appropriate living environment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658404FE" w14:textId="77777777" w:rsidR="004B3205" w:rsidRPr="00D8066C" w:rsidRDefault="004B320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Reside in the accommodation provided, unless alternative arrangements have been formally agreed with the NLPA scheme.</w:t>
      </w:r>
    </w:p>
    <w:p w14:paraId="74D1D3F4" w14:textId="77777777" w:rsidR="004B3205" w:rsidRPr="00D8066C" w:rsidRDefault="004B320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 xml:space="preserve">Refrain </w:t>
      </w:r>
      <w:r w:rsidR="005D5BA7" w:rsidRPr="00D8066C">
        <w:rPr>
          <w:rFonts w:ascii="Times New Roman" w:hAnsi="Times New Roman" w:cs="Times New Roman"/>
          <w:color w:val="000000"/>
          <w:sz w:val="21"/>
          <w:szCs w:val="21"/>
        </w:rPr>
        <w:t>from staying overnight at clergy homes or parishioners’ homes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6144A7AC" w14:textId="77777777" w:rsidR="004B3205" w:rsidRPr="00D8066C" w:rsidRDefault="004B320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Communicate in a manner that is open, honest, and respectful.</w:t>
      </w:r>
    </w:p>
    <w:p w14:paraId="5D0C222B" w14:textId="77777777" w:rsidR="004B3205" w:rsidRPr="00D8066C" w:rsidRDefault="004B320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Ad</w:t>
      </w:r>
      <w:r w:rsidR="005D5BA7" w:rsidRPr="00D8066C">
        <w:rPr>
          <w:rFonts w:ascii="Times New Roman" w:hAnsi="Times New Roman" w:cs="Times New Roman"/>
          <w:color w:val="000000"/>
          <w:sz w:val="21"/>
          <w:szCs w:val="21"/>
        </w:rPr>
        <w:t>dress concerns at an early stage and in an appropriate way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7BCF25CB" w14:textId="704FF955" w:rsidR="005D5BA7" w:rsidRPr="00D8066C" w:rsidRDefault="004B320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A</w:t>
      </w:r>
      <w:r w:rsidR="005D5BA7" w:rsidRPr="00D8066C">
        <w:rPr>
          <w:rFonts w:ascii="Times New Roman" w:hAnsi="Times New Roman" w:cs="Times New Roman"/>
          <w:color w:val="000000"/>
          <w:sz w:val="21"/>
          <w:szCs w:val="21"/>
        </w:rPr>
        <w:t>void behaviours that undermine community life, including gossip, triangulation, or divisive conduct</w:t>
      </w:r>
      <w:r w:rsidRPr="00D8066C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54E9DE12" w14:textId="4522CC4B" w:rsidR="005D5BA7" w:rsidRPr="00D8066C" w:rsidRDefault="005D5BA7" w:rsidP="007E1D8E">
      <w:pPr>
        <w:pStyle w:val="Heading4"/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  <w:t>7.</w:t>
      </w:r>
      <w:r w:rsidR="004B3205" w:rsidRPr="00D8066C"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  <w:t>3</w:t>
      </w:r>
      <w:r w:rsidRPr="00D8066C"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  <w:t xml:space="preserve"> Community Values</w:t>
      </w:r>
    </w:p>
    <w:p w14:paraId="4F1F1DF5" w14:textId="77777777" w:rsidR="004B3205" w:rsidRPr="00D8066C" w:rsidRDefault="005D5BA7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Community life within provided accommodation shall reflect and uphold</w:t>
      </w:r>
      <w:r w:rsidR="004B3205" w:rsidRPr="00D8066C">
        <w:rPr>
          <w:color w:val="000000"/>
          <w:sz w:val="21"/>
          <w:szCs w:val="21"/>
        </w:rPr>
        <w:t xml:space="preserve"> mutual respect, hospitality and accountability. </w:t>
      </w:r>
      <w:r w:rsidRPr="00D8066C">
        <w:rPr>
          <w:color w:val="000000"/>
          <w:sz w:val="21"/>
          <w:szCs w:val="21"/>
        </w:rPr>
        <w:br/>
      </w:r>
    </w:p>
    <w:p w14:paraId="72E8DA28" w14:textId="0401AB8E" w:rsidR="004B3205" w:rsidRPr="00D8066C" w:rsidRDefault="00110DD1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>
        <w:pict w14:anchorId="036F0D79">
          <v:rect id="Horizontal Line 8" o:spid="_x0000_s2056" alt="" style="width:317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1BCA011E" w14:textId="2A778035" w:rsidR="004B3205" w:rsidRPr="00D8066C" w:rsidRDefault="004B3205" w:rsidP="007E1D8E">
      <w:pPr>
        <w:pStyle w:val="Heading1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>8. Finances and Practical Arrangements</w:t>
      </w:r>
    </w:p>
    <w:p w14:paraId="7EE24BAA" w14:textId="77777777" w:rsidR="004B3205" w:rsidRPr="00D8066C" w:rsidRDefault="004B3205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The NLPA Scheme will:</w:t>
      </w:r>
    </w:p>
    <w:p w14:paraId="7892D5C4" w14:textId="77777777" w:rsidR="004B3205" w:rsidRPr="00D8066C" w:rsidRDefault="004B3205">
      <w:pPr>
        <w:pStyle w:val="NormalWeb"/>
        <w:numPr>
          <w:ilvl w:val="0"/>
          <w:numId w:val="17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Ensure financial arrangements are clear and transparent.</w:t>
      </w:r>
    </w:p>
    <w:p w14:paraId="13BB55C1" w14:textId="77777777" w:rsidR="004B3205" w:rsidRPr="00D8066C" w:rsidRDefault="004B3205">
      <w:pPr>
        <w:pStyle w:val="NormalWeb"/>
        <w:numPr>
          <w:ilvl w:val="0"/>
          <w:numId w:val="17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Living expenses to be paid promptly. </w:t>
      </w:r>
    </w:p>
    <w:p w14:paraId="76A2CEB7" w14:textId="77777777" w:rsidR="004B3205" w:rsidRPr="00D8066C" w:rsidRDefault="004B3205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Pastoral Assistants:</w:t>
      </w:r>
    </w:p>
    <w:p w14:paraId="1003A2FD" w14:textId="1FF01CC5" w:rsidR="004B3205" w:rsidRPr="00D8066C" w:rsidRDefault="004B3205">
      <w:pPr>
        <w:pStyle w:val="NormalWeb"/>
        <w:numPr>
          <w:ilvl w:val="0"/>
          <w:numId w:val="17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Will receive clear information about expenses.</w:t>
      </w:r>
    </w:p>
    <w:p w14:paraId="56679FC9" w14:textId="77777777" w:rsidR="004B3205" w:rsidRPr="00D8066C" w:rsidRDefault="004B3205">
      <w:pPr>
        <w:pStyle w:val="NormalWeb"/>
        <w:numPr>
          <w:ilvl w:val="0"/>
          <w:numId w:val="17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lastRenderedPageBreak/>
        <w:t>May claim reasonable working expenses through the parish (PCC).</w:t>
      </w:r>
    </w:p>
    <w:p w14:paraId="03046A34" w14:textId="77777777" w:rsidR="004B3205" w:rsidRPr="00D8066C" w:rsidRDefault="004B3205">
      <w:pPr>
        <w:pStyle w:val="NormalWeb"/>
        <w:numPr>
          <w:ilvl w:val="0"/>
          <w:numId w:val="17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Should manage finances responsibly.</w:t>
      </w:r>
    </w:p>
    <w:p w14:paraId="6615C575" w14:textId="35278EBC" w:rsidR="004B3205" w:rsidRPr="00D8066C" w:rsidRDefault="004B3205">
      <w:pPr>
        <w:pStyle w:val="NormalWeb"/>
        <w:numPr>
          <w:ilvl w:val="0"/>
          <w:numId w:val="17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Should not be placed under financial pressure</w:t>
      </w:r>
    </w:p>
    <w:p w14:paraId="704EED11" w14:textId="5776EB4A" w:rsidR="004B3205" w:rsidRPr="00D8066C" w:rsidRDefault="004B3205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No one may: </w:t>
      </w:r>
    </w:p>
    <w:p w14:paraId="6C15A3CB" w14:textId="77777777" w:rsidR="004B3205" w:rsidRPr="00D8066C" w:rsidRDefault="004B3205">
      <w:pPr>
        <w:pStyle w:val="NormalWeb"/>
        <w:numPr>
          <w:ilvl w:val="0"/>
          <w:numId w:val="17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Use finances or financial support to influence or control others.</w:t>
      </w:r>
    </w:p>
    <w:p w14:paraId="6C44F4B0" w14:textId="1273F390" w:rsidR="004B3205" w:rsidRPr="00D8066C" w:rsidRDefault="004B3205">
      <w:pPr>
        <w:pStyle w:val="NormalWeb"/>
        <w:numPr>
          <w:ilvl w:val="0"/>
          <w:numId w:val="17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 Create informal financial arrangements.</w:t>
      </w:r>
    </w:p>
    <w:p w14:paraId="480C9A15" w14:textId="267FF84A" w:rsidR="007E1D8E" w:rsidRPr="00D8066C" w:rsidRDefault="00110DD1" w:rsidP="007E1D8E">
      <w:pPr>
        <w:pStyle w:val="NormalWeb"/>
        <w:spacing w:line="276" w:lineRule="auto"/>
        <w:ind w:left="720"/>
        <w:rPr>
          <w:color w:val="000000"/>
          <w:sz w:val="21"/>
          <w:szCs w:val="21"/>
        </w:rPr>
      </w:pPr>
      <w:r>
        <w:pict w14:anchorId="2F852CC0">
          <v:rect id="Horizontal Line 9" o:spid="_x0000_s2055" alt="" style="width:260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CFE1555" w14:textId="77777777" w:rsidR="004B3205" w:rsidRPr="00D8066C" w:rsidRDefault="004B3205" w:rsidP="007E1D8E">
      <w:pPr>
        <w:pStyle w:val="Heading3"/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11. Safeguarding, Wellbeing and Raising Concerns</w:t>
      </w:r>
    </w:p>
    <w:p w14:paraId="3A8561C1" w14:textId="77777777" w:rsidR="004B3205" w:rsidRPr="00D8066C" w:rsidRDefault="004B3205" w:rsidP="007E1D8E">
      <w:pPr>
        <w:pStyle w:val="Heading4"/>
        <w:rPr>
          <w:rFonts w:ascii="Times New Roman" w:hAnsi="Times New Roman" w:cs="Times New Roman"/>
          <w:i w:val="0"/>
          <w:iCs w:val="0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  <w:t>11.1 Raising Concerns</w:t>
      </w:r>
    </w:p>
    <w:p w14:paraId="2A03F6F7" w14:textId="77777777" w:rsidR="004B3205" w:rsidRPr="00D8066C" w:rsidRDefault="004B3205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Any concerns relating to accommodation, conduct, safeguarding, or community living must be raised through appropriate channels. These may include:</w:t>
      </w:r>
    </w:p>
    <w:p w14:paraId="69C205E4" w14:textId="05C2CA6A" w:rsidR="007E1D8E" w:rsidRPr="00D8066C" w:rsidRDefault="007E1D8E">
      <w:pPr>
        <w:pStyle w:val="NormalWeb"/>
        <w:numPr>
          <w:ilvl w:val="0"/>
          <w:numId w:val="18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Local resolution, where appropriate and where it is safe to do so.</w:t>
      </w:r>
    </w:p>
    <w:p w14:paraId="4F83463C" w14:textId="28A3CF97" w:rsidR="007E1D8E" w:rsidRPr="00D8066C" w:rsidRDefault="007E1D8E">
      <w:pPr>
        <w:pStyle w:val="NormalWeb"/>
        <w:numPr>
          <w:ilvl w:val="0"/>
          <w:numId w:val="18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The Placement Supervisor.</w:t>
      </w:r>
    </w:p>
    <w:p w14:paraId="7F78924E" w14:textId="18AE5BF6" w:rsidR="007E1D8E" w:rsidRPr="00D8066C" w:rsidRDefault="007E1D8E">
      <w:pPr>
        <w:pStyle w:val="NormalWeb"/>
        <w:numPr>
          <w:ilvl w:val="0"/>
          <w:numId w:val="18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Scheme Leadership or Trustees.</w:t>
      </w:r>
    </w:p>
    <w:p w14:paraId="7178F7B9" w14:textId="77777777" w:rsidR="007E1D8E" w:rsidRPr="00D8066C" w:rsidRDefault="007E1D8E">
      <w:pPr>
        <w:pStyle w:val="NormalWeb"/>
        <w:numPr>
          <w:ilvl w:val="0"/>
          <w:numId w:val="18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The </w:t>
      </w:r>
      <w:r w:rsidR="004B3205" w:rsidRPr="00D8066C">
        <w:rPr>
          <w:color w:val="000000"/>
          <w:sz w:val="21"/>
          <w:szCs w:val="21"/>
        </w:rPr>
        <w:t>Safeguarding Lead or designated safeguarding representative</w:t>
      </w:r>
      <w:r w:rsidRPr="00D8066C">
        <w:rPr>
          <w:color w:val="000000"/>
          <w:sz w:val="21"/>
          <w:szCs w:val="21"/>
        </w:rPr>
        <w:t xml:space="preserve"> of the NLPA scheme. </w:t>
      </w:r>
    </w:p>
    <w:p w14:paraId="55F1E800" w14:textId="49C3A033" w:rsidR="0055063C" w:rsidRPr="00D8066C" w:rsidRDefault="007E1D8E">
      <w:pPr>
        <w:pStyle w:val="NormalWeb"/>
        <w:numPr>
          <w:ilvl w:val="0"/>
          <w:numId w:val="18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The </w:t>
      </w:r>
      <w:r w:rsidR="004B3205" w:rsidRPr="00D8066C">
        <w:rPr>
          <w:color w:val="000000"/>
          <w:sz w:val="21"/>
          <w:szCs w:val="21"/>
        </w:rPr>
        <w:t>Diocesan Safeguarding Team</w:t>
      </w:r>
    </w:p>
    <w:p w14:paraId="5532D3F2" w14:textId="77777777" w:rsidR="004B3205" w:rsidRPr="00D8066C" w:rsidRDefault="004B3205" w:rsidP="007E1D8E">
      <w:pPr>
        <w:pStyle w:val="Heading4"/>
        <w:rPr>
          <w:rFonts w:ascii="Times New Roman" w:hAnsi="Times New Roman" w:cs="Times New Roman"/>
          <w:i w:val="0"/>
          <w:iCs w:val="0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  <w:t>11.2 Safeguarding Responsibilities</w:t>
      </w:r>
    </w:p>
    <w:p w14:paraId="1EC728BC" w14:textId="675250CC" w:rsidR="004B3205" w:rsidRPr="00D8066C" w:rsidRDefault="004B3205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All participants are required to comply with the Safeguarding Policy</w:t>
      </w:r>
      <w:r w:rsidR="007E1D8E" w:rsidRPr="00D8066C">
        <w:rPr>
          <w:color w:val="000000"/>
          <w:sz w:val="21"/>
          <w:szCs w:val="21"/>
        </w:rPr>
        <w:t xml:space="preserve">. [link policy] </w:t>
      </w:r>
    </w:p>
    <w:p w14:paraId="597279C1" w14:textId="77777777" w:rsidR="004B3205" w:rsidRPr="00D8066C" w:rsidRDefault="004B3205" w:rsidP="007E1D8E">
      <w:pPr>
        <w:pStyle w:val="Heading4"/>
        <w:rPr>
          <w:rFonts w:ascii="Times New Roman" w:hAnsi="Times New Roman" w:cs="Times New Roman"/>
          <w:i w:val="0"/>
          <w:iCs w:val="0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  <w:t>11.3 Wellbeing</w:t>
      </w:r>
    </w:p>
    <w:p w14:paraId="17B5C991" w14:textId="77777777" w:rsidR="004B3205" w:rsidRPr="00D8066C" w:rsidRDefault="004B3205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The wellbeing of all participants must be actively supported. Any concerns affecting wellbeing must be taken seriously and responded to appropriately.</w:t>
      </w:r>
    </w:p>
    <w:p w14:paraId="34027B18" w14:textId="1294C0D2" w:rsidR="004B3205" w:rsidRPr="00D8066C" w:rsidRDefault="004B3205" w:rsidP="007E1D8E">
      <w:pPr>
        <w:pStyle w:val="Heading4"/>
        <w:rPr>
          <w:rFonts w:ascii="Times New Roman" w:hAnsi="Times New Roman" w:cs="Times New Roman"/>
          <w:i w:val="0"/>
          <w:iCs w:val="0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  <w:t>11.4 Protection for Those Raising Concerns</w:t>
      </w:r>
      <w:r w:rsidR="00595AF1" w:rsidRPr="00D8066C"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  <w:t xml:space="preserve"> and </w:t>
      </w:r>
      <w:r w:rsidR="0055063C" w:rsidRPr="00D8066C">
        <w:rPr>
          <w:rStyle w:val="Strong"/>
          <w:rFonts w:ascii="Times New Roman" w:hAnsi="Times New Roman" w:cs="Times New Roman"/>
          <w:b/>
          <w:bCs/>
          <w:i w:val="0"/>
          <w:iCs w:val="0"/>
          <w:color w:val="000000"/>
          <w:sz w:val="21"/>
          <w:szCs w:val="21"/>
        </w:rPr>
        <w:t xml:space="preserve">Whistleblowing </w:t>
      </w:r>
    </w:p>
    <w:p w14:paraId="3920A8B2" w14:textId="11F4CDE5" w:rsidR="005D5BA7" w:rsidRPr="00D8066C" w:rsidRDefault="004B3205" w:rsidP="00D1295B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No person will be disadvantaged or penalised for raising a concern in good faith.</w:t>
      </w:r>
    </w:p>
    <w:p w14:paraId="3C7E2096" w14:textId="5BF292BA" w:rsidR="00FB54B4" w:rsidRPr="00D8066C" w:rsidRDefault="00110DD1" w:rsidP="007E1D8E">
      <w:pPr>
        <w:rPr>
          <w:rFonts w:ascii="Times New Roman" w:hAnsi="Times New Roman" w:cs="Times New Roman"/>
          <w:sz w:val="21"/>
          <w:szCs w:val="21"/>
        </w:rPr>
      </w:pPr>
      <w:r>
        <w:pict w14:anchorId="50DA52E5">
          <v:rect id="Horizontal Line 10" o:spid="_x0000_s2054" alt="" style="width:317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DB4F59B" w14:textId="453CA728" w:rsidR="00FB54B4" w:rsidRPr="00D8066C" w:rsidRDefault="007E1D8E" w:rsidP="007E1D8E">
      <w:pPr>
        <w:pStyle w:val="Heading2"/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12. </w:t>
      </w:r>
      <w:r w:rsidR="00FB54B4"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Mutual Flourishing</w:t>
      </w:r>
    </w:p>
    <w:p w14:paraId="323F105A" w14:textId="77777777" w:rsidR="00FB54B4" w:rsidRPr="00D8066C" w:rsidRDefault="00FB54B4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Pastoral Assistants are required to:</w:t>
      </w:r>
    </w:p>
    <w:p w14:paraId="7F301F4F" w14:textId="77777777" w:rsidR="007E1D8E" w:rsidRPr="00D8066C" w:rsidRDefault="007E1D8E">
      <w:pPr>
        <w:pStyle w:val="NormalWeb"/>
        <w:numPr>
          <w:ilvl w:val="0"/>
          <w:numId w:val="19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 xml:space="preserve">Respect differing theological convictions within the Church of England. </w:t>
      </w:r>
    </w:p>
    <w:p w14:paraId="39A5046E" w14:textId="4882B55C" w:rsidR="007E1D8E" w:rsidRPr="00D8066C" w:rsidRDefault="007E1D8E">
      <w:pPr>
        <w:pStyle w:val="NormalWeb"/>
        <w:numPr>
          <w:ilvl w:val="0"/>
          <w:numId w:val="19"/>
        </w:numPr>
        <w:spacing w:line="276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Acknowledge the Church of England’s commitment to the ordination of women.</w:t>
      </w:r>
    </w:p>
    <w:p w14:paraId="5F2927AD" w14:textId="5DE5CD15" w:rsidR="007E1D8E" w:rsidRPr="00D8066C" w:rsidRDefault="007E1D8E">
      <w:pPr>
        <w:pStyle w:val="NormalWeb"/>
        <w:numPr>
          <w:ilvl w:val="0"/>
          <w:numId w:val="19"/>
        </w:numPr>
        <w:spacing w:line="276" w:lineRule="auto"/>
        <w:rPr>
          <w:rStyle w:val="Strong"/>
          <w:b w:val="0"/>
          <w:bCs w:val="0"/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Uphold the principle of</w:t>
      </w:r>
      <w:r w:rsidRPr="00D8066C">
        <w:rPr>
          <w:rStyle w:val="apple-converted-space"/>
          <w:rFonts w:eastAsiaTheme="majorEastAsia"/>
          <w:color w:val="000000"/>
          <w:sz w:val="21"/>
          <w:szCs w:val="21"/>
        </w:rPr>
        <w:t> </w:t>
      </w:r>
      <w:r w:rsidRPr="00D8066C">
        <w:rPr>
          <w:rStyle w:val="Strong"/>
          <w:b w:val="0"/>
          <w:bCs w:val="0"/>
          <w:color w:val="000000"/>
          <w:sz w:val="21"/>
          <w:szCs w:val="21"/>
        </w:rPr>
        <w:t>Mutual Flourishing</w:t>
      </w:r>
    </w:p>
    <w:p w14:paraId="25D355BD" w14:textId="378CED6E" w:rsidR="007E1D8E" w:rsidRPr="00D8066C" w:rsidRDefault="00110DD1" w:rsidP="007E1D8E">
      <w:pPr>
        <w:pStyle w:val="NormalWeb"/>
        <w:spacing w:line="276" w:lineRule="auto"/>
        <w:rPr>
          <w:color w:val="000000"/>
          <w:sz w:val="21"/>
          <w:szCs w:val="21"/>
        </w:rPr>
      </w:pPr>
      <w:r>
        <w:pict w14:anchorId="7BAE2EBD">
          <v:rect id="Horizontal Line 11" o:spid="_x0000_s2053" alt="" style="width:317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0832985" w14:textId="17AB2CB6" w:rsidR="004B3205" w:rsidRPr="00D8066C" w:rsidRDefault="004B3205">
      <w:pPr>
        <w:pStyle w:val="Heading1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>Integration with Other Policies</w:t>
      </w:r>
    </w:p>
    <w:p w14:paraId="22DCB985" w14:textId="77777777" w:rsidR="004B3205" w:rsidRPr="00D8066C" w:rsidRDefault="004B3205" w:rsidP="007E1D8E">
      <w:pPr>
        <w:rPr>
          <w:rFonts w:ascii="Times New Roman" w:hAnsi="Times New Roman" w:cs="Times New Roman"/>
          <w:sz w:val="21"/>
          <w:szCs w:val="21"/>
        </w:rPr>
      </w:pPr>
    </w:p>
    <w:p w14:paraId="08C5F3DE" w14:textId="131D182D" w:rsidR="004B3205" w:rsidRPr="00D8066C" w:rsidRDefault="004B3205" w:rsidP="007E1D8E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>This policy should be read alongside the Safeguarding Policy</w:t>
      </w:r>
      <w:r w:rsidR="0055063C"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>,</w:t>
      </w:r>
      <w:r w:rsidR="00D1295B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Supervision Policy,</w:t>
      </w:r>
      <w:r w:rsidR="0055063C"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>Shared Living Agreement</w:t>
      </w:r>
      <w:r w:rsidR="0055063C"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and Whistleblowing </w:t>
      </w:r>
      <w:r w:rsidR="00D8066C"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>Policy.</w:t>
      </w:r>
    </w:p>
    <w:p w14:paraId="2D29493E" w14:textId="77777777" w:rsidR="004B3205" w:rsidRPr="00D8066C" w:rsidRDefault="00110DD1" w:rsidP="007E1D8E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476EA480">
          <v:rect id="Horizontal Line 12" o:spid="_x0000_s2052" alt="" style="width:279.0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3EB8ED7" w14:textId="6649DE84" w:rsidR="004B3205" w:rsidRPr="00D8066C" w:rsidRDefault="004B3205">
      <w:pPr>
        <w:pStyle w:val="Heading1"/>
        <w:numPr>
          <w:ilvl w:val="0"/>
          <w:numId w:val="20"/>
        </w:num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Review</w:t>
      </w:r>
    </w:p>
    <w:p w14:paraId="1ED3943E" w14:textId="77777777" w:rsidR="004B3205" w:rsidRPr="00D8066C" w:rsidRDefault="004B3205" w:rsidP="007E1D8E">
      <w:pPr>
        <w:rPr>
          <w:rFonts w:ascii="Times New Roman" w:hAnsi="Times New Roman" w:cs="Times New Roman"/>
          <w:sz w:val="21"/>
          <w:szCs w:val="21"/>
        </w:rPr>
      </w:pPr>
    </w:p>
    <w:p w14:paraId="35EAC299" w14:textId="77777777" w:rsidR="004B3205" w:rsidRPr="00D8066C" w:rsidRDefault="004B3205" w:rsidP="007E1D8E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>This policy will be reviewed annually and updated following any safeguarding concern or learning review.</w:t>
      </w:r>
    </w:p>
    <w:p w14:paraId="0A384AA4" w14:textId="77777777" w:rsidR="004B3205" w:rsidRPr="00D8066C" w:rsidRDefault="00110DD1" w:rsidP="007E1D8E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pict w14:anchorId="02D646C2">
          <v:rect id="Horizontal Line 13" o:spid="_x0000_s2051" alt="" style="width:279.0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3A4D223" w14:textId="5FB132D4" w:rsidR="00580CE2" w:rsidRPr="00D8066C" w:rsidRDefault="004B3205">
      <w:pPr>
        <w:pStyle w:val="Heading1"/>
        <w:numPr>
          <w:ilvl w:val="0"/>
          <w:numId w:val="20"/>
        </w:numPr>
        <w:tabs>
          <w:tab w:val="num" w:pos="36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8066C">
        <w:rPr>
          <w:rFonts w:ascii="Times New Roman" w:hAnsi="Times New Roman" w:cs="Times New Roman"/>
          <w:color w:val="000000" w:themeColor="text1"/>
          <w:sz w:val="21"/>
          <w:szCs w:val="21"/>
        </w:rPr>
        <w:t>Agreement</w:t>
      </w:r>
    </w:p>
    <w:p w14:paraId="7A233AAF" w14:textId="77777777" w:rsidR="008D183C" w:rsidRPr="00D8066C" w:rsidRDefault="008D183C" w:rsidP="007E1D8E">
      <w:pPr>
        <w:rPr>
          <w:rFonts w:ascii="Times New Roman" w:hAnsi="Times New Roman" w:cs="Times New Roman"/>
          <w:sz w:val="21"/>
          <w:szCs w:val="21"/>
        </w:rPr>
      </w:pPr>
    </w:p>
    <w:p w14:paraId="31C1AB95" w14:textId="06F4D886" w:rsidR="0055063C" w:rsidRPr="00D8066C" w:rsidRDefault="0055063C" w:rsidP="007E1D8E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Fonts w:ascii="Times New Roman" w:hAnsi="Times New Roman" w:cs="Times New Roman"/>
          <w:color w:val="000000"/>
          <w:sz w:val="21"/>
          <w:szCs w:val="21"/>
        </w:rPr>
        <w:t>Pastoral Assistants participate in the Scheme as volunteers and are not employees. They understand and agree that the Scheme may end early if there are concerns about welfare or a breakdown in relationships within the household, or between the Pastoral Assistant and their supervisor. Where appropriate, reasonable efforts will be made to identify an alternative supervisor; however, if a suitable alternative cannot be found, the placement may be brought to an early conclusion.</w:t>
      </w:r>
    </w:p>
    <w:p w14:paraId="49DE14CA" w14:textId="79032565" w:rsidR="008D183C" w:rsidRPr="00D8066C" w:rsidRDefault="008D183C" w:rsidP="008D183C">
      <w:p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sz w:val="21"/>
          <w:szCs w:val="21"/>
        </w:rPr>
        <w:t xml:space="preserve">This </w:t>
      </w:r>
      <w:r w:rsidR="004D7883">
        <w:rPr>
          <w:rFonts w:ascii="Times New Roman" w:hAnsi="Times New Roman" w:cs="Times New Roman"/>
          <w:sz w:val="21"/>
          <w:szCs w:val="21"/>
        </w:rPr>
        <w:t xml:space="preserve">working </w:t>
      </w:r>
      <w:r w:rsidRPr="00D8066C">
        <w:rPr>
          <w:rFonts w:ascii="Times New Roman" w:hAnsi="Times New Roman" w:cs="Times New Roman"/>
          <w:sz w:val="21"/>
          <w:szCs w:val="21"/>
        </w:rPr>
        <w:t>agreement</w:t>
      </w:r>
      <w:r w:rsidR="004F5E7E">
        <w:rPr>
          <w:rFonts w:ascii="Times New Roman" w:hAnsi="Times New Roman" w:cs="Times New Roman"/>
          <w:sz w:val="21"/>
          <w:szCs w:val="21"/>
        </w:rPr>
        <w:t xml:space="preserve"> policy</w:t>
      </w:r>
      <w:r w:rsidRPr="00D8066C">
        <w:rPr>
          <w:rFonts w:ascii="Times New Roman" w:hAnsi="Times New Roman" w:cs="Times New Roman"/>
          <w:sz w:val="21"/>
          <w:szCs w:val="21"/>
        </w:rPr>
        <w:t xml:space="preserve"> reflects a shared commitment to:</w:t>
      </w:r>
    </w:p>
    <w:p w14:paraId="67D07354" w14:textId="77777777" w:rsidR="008D183C" w:rsidRPr="00D8066C" w:rsidRDefault="008D183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sz w:val="21"/>
          <w:szCs w:val="21"/>
        </w:rPr>
        <w:t>Safe and accountable ministry</w:t>
      </w:r>
    </w:p>
    <w:p w14:paraId="42E55793" w14:textId="77777777" w:rsidR="008D183C" w:rsidRPr="00D8066C" w:rsidRDefault="008D183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sz w:val="21"/>
          <w:szCs w:val="21"/>
        </w:rPr>
        <w:t>Reflective practice</w:t>
      </w:r>
    </w:p>
    <w:p w14:paraId="735D781E" w14:textId="77777777" w:rsidR="008D183C" w:rsidRPr="00D8066C" w:rsidRDefault="008D183C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sz w:val="21"/>
          <w:szCs w:val="21"/>
        </w:rPr>
        <w:t>Mutual respect</w:t>
      </w:r>
    </w:p>
    <w:p w14:paraId="15736A7E" w14:textId="77777777" w:rsidR="008D183C" w:rsidRPr="00D8066C" w:rsidRDefault="008D183C" w:rsidP="007E1D8E">
      <w:pPr>
        <w:rPr>
          <w:rFonts w:ascii="Times New Roman" w:hAnsi="Times New Roman" w:cs="Times New Roman"/>
          <w:color w:val="000000"/>
          <w:sz w:val="21"/>
          <w:szCs w:val="21"/>
        </w:rPr>
      </w:pPr>
    </w:p>
    <w:p w14:paraId="53E55D9F" w14:textId="48676986" w:rsidR="005D5BA7" w:rsidRPr="00D8066C" w:rsidRDefault="00110DD1" w:rsidP="008D183C">
      <w:pPr>
        <w:pStyle w:val="ListParagraph"/>
        <w:rPr>
          <w:rFonts w:ascii="Times New Roman" w:hAnsi="Times New Roman" w:cs="Times New Roman"/>
          <w:sz w:val="21"/>
          <w:szCs w:val="21"/>
        </w:rPr>
      </w:pPr>
      <w:r>
        <w:pict w14:anchorId="51DF9011">
          <v:rect id="Horizontal Line 14" o:spid="_x0000_s2050" alt="" style="width:165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27D3A33" w14:textId="77777777" w:rsidR="00FB54B4" w:rsidRPr="00D8066C" w:rsidRDefault="00FB54B4" w:rsidP="007E1D8E">
      <w:pPr>
        <w:pStyle w:val="Heading2"/>
        <w:spacing w:line="36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Signatures</w:t>
      </w:r>
    </w:p>
    <w:p w14:paraId="592E8354" w14:textId="2D5787DA" w:rsidR="00FB54B4" w:rsidRPr="00D8066C" w:rsidRDefault="00FB54B4" w:rsidP="007E1D8E">
      <w:pPr>
        <w:pStyle w:val="Heading3"/>
        <w:spacing w:line="36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Pastoral Assistant</w:t>
      </w:r>
    </w:p>
    <w:p w14:paraId="72927E7B" w14:textId="790B2A8B" w:rsidR="00FB54B4" w:rsidRPr="00D8066C" w:rsidRDefault="00FB54B4" w:rsidP="007E1D8E">
      <w:pPr>
        <w:pStyle w:val="NormalWeb"/>
        <w:spacing w:line="360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Name: __________________________</w:t>
      </w:r>
      <w:r w:rsidRPr="00D8066C">
        <w:rPr>
          <w:color w:val="000000"/>
          <w:sz w:val="21"/>
          <w:szCs w:val="21"/>
        </w:rPr>
        <w:br/>
        <w:t>Signature: _______________________</w:t>
      </w:r>
      <w:r w:rsidRPr="00D8066C">
        <w:rPr>
          <w:color w:val="000000"/>
          <w:sz w:val="21"/>
          <w:szCs w:val="21"/>
        </w:rPr>
        <w:br/>
        <w:t>Date: __________________________</w:t>
      </w:r>
    </w:p>
    <w:p w14:paraId="1C7AFA28" w14:textId="77777777" w:rsidR="00FB54B4" w:rsidRPr="00D8066C" w:rsidRDefault="00FB54B4" w:rsidP="007E1D8E">
      <w:pPr>
        <w:pStyle w:val="Heading3"/>
        <w:spacing w:line="36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lastRenderedPageBreak/>
        <w:t>Placement Supervisor</w:t>
      </w:r>
    </w:p>
    <w:p w14:paraId="67DF2A4E" w14:textId="4AFC4987" w:rsidR="00FB54B4" w:rsidRPr="00D8066C" w:rsidRDefault="00FB54B4" w:rsidP="007E1D8E">
      <w:pPr>
        <w:pStyle w:val="NormalWeb"/>
        <w:spacing w:line="360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Name: __________________________</w:t>
      </w:r>
      <w:r w:rsidRPr="00D8066C">
        <w:rPr>
          <w:color w:val="000000"/>
          <w:sz w:val="21"/>
          <w:szCs w:val="21"/>
        </w:rPr>
        <w:br/>
        <w:t>Signature: _______________________</w:t>
      </w:r>
      <w:r w:rsidRPr="00D8066C">
        <w:rPr>
          <w:color w:val="000000"/>
          <w:sz w:val="21"/>
          <w:szCs w:val="21"/>
        </w:rPr>
        <w:br/>
        <w:t>Date: __________________________</w:t>
      </w:r>
    </w:p>
    <w:p w14:paraId="7766E68C" w14:textId="77777777" w:rsidR="00FB54B4" w:rsidRPr="00D8066C" w:rsidRDefault="00FB54B4" w:rsidP="007E1D8E">
      <w:pPr>
        <w:pStyle w:val="Heading3"/>
        <w:spacing w:line="36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D8066C">
        <w:rPr>
          <w:rStyle w:val="Strong"/>
          <w:rFonts w:ascii="Times New Roman" w:hAnsi="Times New Roman" w:cs="Times New Roman"/>
          <w:b/>
          <w:bCs/>
          <w:color w:val="000000"/>
          <w:sz w:val="21"/>
          <w:szCs w:val="21"/>
        </w:rPr>
        <w:t>Scheme Representative / Trustee</w:t>
      </w:r>
    </w:p>
    <w:p w14:paraId="41A77E7F" w14:textId="77777777" w:rsidR="00FB54B4" w:rsidRPr="00D8066C" w:rsidRDefault="00FB54B4" w:rsidP="007E1D8E">
      <w:pPr>
        <w:pStyle w:val="NormalWeb"/>
        <w:spacing w:line="360" w:lineRule="auto"/>
        <w:rPr>
          <w:color w:val="000000"/>
          <w:sz w:val="21"/>
          <w:szCs w:val="21"/>
        </w:rPr>
      </w:pPr>
      <w:r w:rsidRPr="00D8066C">
        <w:rPr>
          <w:color w:val="000000"/>
          <w:sz w:val="21"/>
          <w:szCs w:val="21"/>
        </w:rPr>
        <w:t>Name: __________________________</w:t>
      </w:r>
      <w:r w:rsidRPr="00D8066C">
        <w:rPr>
          <w:color w:val="000000"/>
          <w:sz w:val="21"/>
          <w:szCs w:val="21"/>
        </w:rPr>
        <w:br/>
        <w:t>Signature: _______________________</w:t>
      </w:r>
      <w:r w:rsidRPr="00D8066C">
        <w:rPr>
          <w:color w:val="000000"/>
          <w:sz w:val="21"/>
          <w:szCs w:val="21"/>
        </w:rPr>
        <w:br/>
        <w:t>Date: __________________________</w:t>
      </w:r>
    </w:p>
    <w:p w14:paraId="70623710" w14:textId="77777777" w:rsidR="00FB54B4" w:rsidRPr="00D8066C" w:rsidRDefault="00FB54B4" w:rsidP="007E1D8E">
      <w:pPr>
        <w:spacing w:line="360" w:lineRule="auto"/>
        <w:rPr>
          <w:rFonts w:ascii="Times New Roman" w:hAnsi="Times New Roman" w:cs="Times New Roman"/>
          <w:sz w:val="21"/>
          <w:szCs w:val="21"/>
        </w:rPr>
      </w:pPr>
    </w:p>
    <w:p w14:paraId="7F70BFFE" w14:textId="77777777" w:rsidR="00FB54B4" w:rsidRPr="00D8066C" w:rsidRDefault="00FB54B4" w:rsidP="007E1D8E">
      <w:pPr>
        <w:rPr>
          <w:rFonts w:ascii="Times New Roman" w:hAnsi="Times New Roman" w:cs="Times New Roman"/>
          <w:sz w:val="21"/>
          <w:szCs w:val="21"/>
        </w:rPr>
      </w:pPr>
    </w:p>
    <w:p w14:paraId="5E361C30" w14:textId="77777777" w:rsidR="00FB54B4" w:rsidRPr="00D8066C" w:rsidRDefault="00FB54B4" w:rsidP="007E1D8E">
      <w:pPr>
        <w:rPr>
          <w:rFonts w:ascii="Times New Roman" w:hAnsi="Times New Roman" w:cs="Times New Roman"/>
          <w:sz w:val="21"/>
          <w:szCs w:val="21"/>
        </w:rPr>
      </w:pPr>
    </w:p>
    <w:p w14:paraId="3AD308D6" w14:textId="77777777" w:rsidR="00FB54B4" w:rsidRPr="00D8066C" w:rsidRDefault="00FB54B4" w:rsidP="007E1D8E">
      <w:pPr>
        <w:rPr>
          <w:rFonts w:ascii="Times New Roman" w:hAnsi="Times New Roman" w:cs="Times New Roman"/>
          <w:sz w:val="21"/>
          <w:szCs w:val="21"/>
        </w:rPr>
      </w:pPr>
    </w:p>
    <w:p w14:paraId="17ED43F4" w14:textId="77777777" w:rsidR="00FB54B4" w:rsidRPr="00D8066C" w:rsidRDefault="00FB54B4" w:rsidP="007E1D8E">
      <w:pPr>
        <w:rPr>
          <w:rFonts w:ascii="Times New Roman" w:hAnsi="Times New Roman" w:cs="Times New Roman"/>
          <w:sz w:val="21"/>
          <w:szCs w:val="21"/>
        </w:rPr>
      </w:pPr>
    </w:p>
    <w:p w14:paraId="34D479B2" w14:textId="564D6626" w:rsidR="00FB54B4" w:rsidRPr="00D8066C" w:rsidRDefault="00FB54B4" w:rsidP="007E1D8E">
      <w:pPr>
        <w:tabs>
          <w:tab w:val="left" w:pos="3732"/>
        </w:tabs>
        <w:rPr>
          <w:rFonts w:ascii="Times New Roman" w:hAnsi="Times New Roman" w:cs="Times New Roman"/>
          <w:sz w:val="21"/>
          <w:szCs w:val="21"/>
        </w:rPr>
      </w:pPr>
      <w:r w:rsidRPr="00D8066C">
        <w:rPr>
          <w:rFonts w:ascii="Times New Roman" w:hAnsi="Times New Roman" w:cs="Times New Roman"/>
          <w:sz w:val="21"/>
          <w:szCs w:val="21"/>
        </w:rPr>
        <w:tab/>
      </w:r>
    </w:p>
    <w:sectPr w:rsidR="00FB54B4" w:rsidRPr="00D8066C" w:rsidSect="00034616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04534B" w14:textId="77777777" w:rsidR="00110DD1" w:rsidRDefault="00110DD1" w:rsidP="00AE30C5">
      <w:pPr>
        <w:spacing w:after="0" w:line="240" w:lineRule="auto"/>
      </w:pPr>
      <w:r>
        <w:separator/>
      </w:r>
    </w:p>
  </w:endnote>
  <w:endnote w:type="continuationSeparator" w:id="0">
    <w:p w14:paraId="0C8D0526" w14:textId="77777777" w:rsidR="00110DD1" w:rsidRDefault="00110DD1" w:rsidP="00AE3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38171347"/>
      <w:docPartObj>
        <w:docPartGallery w:val="Page Numbers (Bottom of Page)"/>
        <w:docPartUnique/>
      </w:docPartObj>
    </w:sdtPr>
    <w:sdtContent>
      <w:p w14:paraId="0E6CDD66" w14:textId="33C60804" w:rsidR="00801739" w:rsidRDefault="00801739" w:rsidP="00B65EA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294338982"/>
      <w:docPartObj>
        <w:docPartGallery w:val="Page Numbers (Bottom of Page)"/>
        <w:docPartUnique/>
      </w:docPartObj>
    </w:sdtPr>
    <w:sdtContent>
      <w:p w14:paraId="384C61AF" w14:textId="3893C843" w:rsidR="00AE30C5" w:rsidRDefault="00AE30C5" w:rsidP="00801739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107B05" w14:textId="77777777" w:rsidR="00AE30C5" w:rsidRDefault="00AE30C5" w:rsidP="00AE30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91389570"/>
      <w:docPartObj>
        <w:docPartGallery w:val="Page Numbers (Bottom of Page)"/>
        <w:docPartUnique/>
      </w:docPartObj>
    </w:sdtPr>
    <w:sdtContent>
      <w:p w14:paraId="3CEC95FD" w14:textId="74DCE9B9" w:rsidR="00801739" w:rsidRDefault="00801739" w:rsidP="00B65EA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EDD8349" w14:textId="7B4D129B" w:rsidR="00801739" w:rsidRPr="00801739" w:rsidRDefault="00801739" w:rsidP="00801739">
    <w:pPr>
      <w:ind w:right="360"/>
      <w:jc w:val="center"/>
      <w:rPr>
        <w:rFonts w:ascii="Times New Roman" w:hAnsi="Times New Roman" w:cs="Times New Roman"/>
        <w:bCs/>
        <w:sz w:val="16"/>
        <w:szCs w:val="16"/>
      </w:rPr>
    </w:pPr>
    <w:r w:rsidRPr="00801739">
      <w:rPr>
        <w:rFonts w:ascii="Times New Roman" w:hAnsi="Times New Roman" w:cs="Times New Roman"/>
        <w:bCs/>
        <w:sz w:val="16"/>
        <w:szCs w:val="16"/>
      </w:rPr>
      <w:br/>
    </w:r>
    <w:r w:rsidR="00FB54B4">
      <w:rPr>
        <w:rFonts w:ascii="Times New Roman" w:hAnsi="Times New Roman" w:cs="Times New Roman"/>
        <w:bCs/>
        <w:sz w:val="16"/>
        <w:szCs w:val="16"/>
      </w:rPr>
      <w:t>NLPA Working Agreement</w:t>
    </w:r>
    <w:r w:rsidRPr="00801739">
      <w:rPr>
        <w:rFonts w:ascii="Times New Roman" w:hAnsi="Times New Roman" w:cs="Times New Roman"/>
        <w:bCs/>
        <w:sz w:val="16"/>
        <w:szCs w:val="16"/>
      </w:rPr>
      <w:t xml:space="preserve"> </w:t>
    </w:r>
    <w:r w:rsidR="006B05B7">
      <w:rPr>
        <w:rFonts w:ascii="Times New Roman" w:hAnsi="Times New Roman" w:cs="Times New Roman"/>
        <w:bCs/>
        <w:sz w:val="16"/>
        <w:szCs w:val="16"/>
      </w:rPr>
      <w:t>v</w:t>
    </w:r>
    <w:r w:rsidRPr="00801739">
      <w:rPr>
        <w:rFonts w:ascii="Times New Roman" w:hAnsi="Times New Roman" w:cs="Times New Roman"/>
        <w:bCs/>
        <w:sz w:val="16"/>
        <w:szCs w:val="16"/>
      </w:rPr>
      <w:t>.</w:t>
    </w:r>
    <w:r w:rsidR="004D7883">
      <w:rPr>
        <w:rFonts w:ascii="Times New Roman" w:hAnsi="Times New Roman" w:cs="Times New Roman"/>
        <w:bCs/>
        <w:sz w:val="16"/>
        <w:szCs w:val="16"/>
      </w:rPr>
      <w:t>3</w:t>
    </w:r>
  </w:p>
  <w:p w14:paraId="202DAE97" w14:textId="3826DF2B" w:rsidR="00801739" w:rsidRPr="00801739" w:rsidRDefault="00801739">
    <w:pPr>
      <w:pStyle w:val="Footer"/>
      <w:rPr>
        <w:bCs/>
        <w:sz w:val="16"/>
        <w:szCs w:val="16"/>
      </w:rPr>
    </w:pPr>
  </w:p>
  <w:p w14:paraId="407E6A26" w14:textId="77777777" w:rsidR="00AE30C5" w:rsidRPr="00801739" w:rsidRDefault="00AE30C5" w:rsidP="00AE30C5">
    <w:pPr>
      <w:pStyle w:val="Footer"/>
      <w:ind w:right="360"/>
      <w:rPr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42335B" w14:textId="77777777" w:rsidR="00110DD1" w:rsidRDefault="00110DD1" w:rsidP="00AE30C5">
      <w:pPr>
        <w:spacing w:after="0" w:line="240" w:lineRule="auto"/>
      </w:pPr>
      <w:r>
        <w:separator/>
      </w:r>
    </w:p>
  </w:footnote>
  <w:footnote w:type="continuationSeparator" w:id="0">
    <w:p w14:paraId="516A7C29" w14:textId="77777777" w:rsidR="00110DD1" w:rsidRDefault="00110DD1" w:rsidP="00AE3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2756490"/>
    <w:multiLevelType w:val="hybridMultilevel"/>
    <w:tmpl w:val="C0306B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4D2DD6"/>
    <w:multiLevelType w:val="hybridMultilevel"/>
    <w:tmpl w:val="6EBA563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1685E"/>
    <w:multiLevelType w:val="hybridMultilevel"/>
    <w:tmpl w:val="6EBA563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05AD4"/>
    <w:multiLevelType w:val="hybridMultilevel"/>
    <w:tmpl w:val="CD8CEB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47F04"/>
    <w:multiLevelType w:val="hybridMultilevel"/>
    <w:tmpl w:val="068A37E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C4E78"/>
    <w:multiLevelType w:val="hybridMultilevel"/>
    <w:tmpl w:val="068A37E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8A3B2A"/>
    <w:multiLevelType w:val="hybridMultilevel"/>
    <w:tmpl w:val="6EBA5630"/>
    <w:lvl w:ilvl="0" w:tplc="8974A3E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F44D9"/>
    <w:multiLevelType w:val="hybridMultilevel"/>
    <w:tmpl w:val="5B3A25E0"/>
    <w:lvl w:ilvl="0" w:tplc="0809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03419F"/>
    <w:multiLevelType w:val="hybridMultilevel"/>
    <w:tmpl w:val="C78C006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BC08A5"/>
    <w:multiLevelType w:val="hybridMultilevel"/>
    <w:tmpl w:val="CD8CEB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F15D49"/>
    <w:multiLevelType w:val="hybridMultilevel"/>
    <w:tmpl w:val="88EC2A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F2FB1"/>
    <w:multiLevelType w:val="hybridMultilevel"/>
    <w:tmpl w:val="ECB202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980402"/>
    <w:multiLevelType w:val="hybridMultilevel"/>
    <w:tmpl w:val="CD8CEB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687F46"/>
    <w:multiLevelType w:val="hybridMultilevel"/>
    <w:tmpl w:val="DCB0E5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F2C6A"/>
    <w:multiLevelType w:val="hybridMultilevel"/>
    <w:tmpl w:val="068A37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767293">
    <w:abstractNumId w:val="5"/>
  </w:num>
  <w:num w:numId="2" w16cid:durableId="77529928">
    <w:abstractNumId w:val="3"/>
  </w:num>
  <w:num w:numId="3" w16cid:durableId="1513565619">
    <w:abstractNumId w:val="2"/>
  </w:num>
  <w:num w:numId="4" w16cid:durableId="347411388">
    <w:abstractNumId w:val="4"/>
  </w:num>
  <w:num w:numId="5" w16cid:durableId="745226060">
    <w:abstractNumId w:val="1"/>
  </w:num>
  <w:num w:numId="6" w16cid:durableId="1842575206">
    <w:abstractNumId w:val="0"/>
  </w:num>
  <w:num w:numId="7" w16cid:durableId="700327179">
    <w:abstractNumId w:val="16"/>
  </w:num>
  <w:num w:numId="8" w16cid:durableId="1638297149">
    <w:abstractNumId w:val="17"/>
  </w:num>
  <w:num w:numId="9" w16cid:durableId="1983609786">
    <w:abstractNumId w:val="19"/>
  </w:num>
  <w:num w:numId="10" w16cid:durableId="143088051">
    <w:abstractNumId w:val="20"/>
  </w:num>
  <w:num w:numId="11" w16cid:durableId="599727674">
    <w:abstractNumId w:val="11"/>
  </w:num>
  <w:num w:numId="12" w16cid:durableId="1757898173">
    <w:abstractNumId w:val="12"/>
  </w:num>
  <w:num w:numId="13" w16cid:durableId="639073459">
    <w:abstractNumId w:val="8"/>
  </w:num>
  <w:num w:numId="14" w16cid:durableId="779840758">
    <w:abstractNumId w:val="7"/>
  </w:num>
  <w:num w:numId="15" w16cid:durableId="2139568504">
    <w:abstractNumId w:val="10"/>
  </w:num>
  <w:num w:numId="16" w16cid:durableId="1789012046">
    <w:abstractNumId w:val="6"/>
  </w:num>
  <w:num w:numId="17" w16cid:durableId="906918685">
    <w:abstractNumId w:val="15"/>
  </w:num>
  <w:num w:numId="18" w16cid:durableId="971787919">
    <w:abstractNumId w:val="9"/>
  </w:num>
  <w:num w:numId="19" w16cid:durableId="1679654351">
    <w:abstractNumId w:val="18"/>
  </w:num>
  <w:num w:numId="20" w16cid:durableId="965620810">
    <w:abstractNumId w:val="13"/>
  </w:num>
  <w:num w:numId="21" w16cid:durableId="1067728566">
    <w:abstractNumId w:val="14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characterSpacingControl w:val="doNotCompress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E72"/>
    <w:rsid w:val="00015AAC"/>
    <w:rsid w:val="00034616"/>
    <w:rsid w:val="000422FF"/>
    <w:rsid w:val="000475F7"/>
    <w:rsid w:val="0006063C"/>
    <w:rsid w:val="00110DD1"/>
    <w:rsid w:val="00123D1A"/>
    <w:rsid w:val="00134ABD"/>
    <w:rsid w:val="00142754"/>
    <w:rsid w:val="0015074B"/>
    <w:rsid w:val="0029639D"/>
    <w:rsid w:val="002E2F70"/>
    <w:rsid w:val="00326F90"/>
    <w:rsid w:val="00342F4B"/>
    <w:rsid w:val="00343E27"/>
    <w:rsid w:val="003553BA"/>
    <w:rsid w:val="003C6BBA"/>
    <w:rsid w:val="003D613F"/>
    <w:rsid w:val="003F0B74"/>
    <w:rsid w:val="003F307F"/>
    <w:rsid w:val="00424150"/>
    <w:rsid w:val="004B3205"/>
    <w:rsid w:val="004D7883"/>
    <w:rsid w:val="004F5E7E"/>
    <w:rsid w:val="00537B8B"/>
    <w:rsid w:val="0055063C"/>
    <w:rsid w:val="00580CE2"/>
    <w:rsid w:val="00595AF1"/>
    <w:rsid w:val="005D5BA7"/>
    <w:rsid w:val="0060363F"/>
    <w:rsid w:val="006415A4"/>
    <w:rsid w:val="0064297E"/>
    <w:rsid w:val="00654FF0"/>
    <w:rsid w:val="006828CD"/>
    <w:rsid w:val="006A5CD5"/>
    <w:rsid w:val="006B05B7"/>
    <w:rsid w:val="006B5851"/>
    <w:rsid w:val="006F3903"/>
    <w:rsid w:val="00755284"/>
    <w:rsid w:val="00756BBC"/>
    <w:rsid w:val="007D28EF"/>
    <w:rsid w:val="007E1D8E"/>
    <w:rsid w:val="007E3B18"/>
    <w:rsid w:val="00801739"/>
    <w:rsid w:val="00802A4B"/>
    <w:rsid w:val="008D183C"/>
    <w:rsid w:val="00931A2F"/>
    <w:rsid w:val="00936046"/>
    <w:rsid w:val="00960BFA"/>
    <w:rsid w:val="009931E4"/>
    <w:rsid w:val="009B15B5"/>
    <w:rsid w:val="00A20B05"/>
    <w:rsid w:val="00AA1D8D"/>
    <w:rsid w:val="00AC1635"/>
    <w:rsid w:val="00AE30C5"/>
    <w:rsid w:val="00AF78E5"/>
    <w:rsid w:val="00B12672"/>
    <w:rsid w:val="00B2375E"/>
    <w:rsid w:val="00B47730"/>
    <w:rsid w:val="00B67FDA"/>
    <w:rsid w:val="00B746F4"/>
    <w:rsid w:val="00B85E33"/>
    <w:rsid w:val="00BF0099"/>
    <w:rsid w:val="00C03FAC"/>
    <w:rsid w:val="00C14433"/>
    <w:rsid w:val="00C3345C"/>
    <w:rsid w:val="00C52F4C"/>
    <w:rsid w:val="00C60FF0"/>
    <w:rsid w:val="00C67ABB"/>
    <w:rsid w:val="00C92E6B"/>
    <w:rsid w:val="00CA2044"/>
    <w:rsid w:val="00CB0664"/>
    <w:rsid w:val="00CB64F4"/>
    <w:rsid w:val="00CC3CDE"/>
    <w:rsid w:val="00CF39F2"/>
    <w:rsid w:val="00D1295B"/>
    <w:rsid w:val="00D136FD"/>
    <w:rsid w:val="00D305E0"/>
    <w:rsid w:val="00D4074F"/>
    <w:rsid w:val="00D8066C"/>
    <w:rsid w:val="00D844CC"/>
    <w:rsid w:val="00DC2645"/>
    <w:rsid w:val="00DC2F0C"/>
    <w:rsid w:val="00DD7171"/>
    <w:rsid w:val="00DF09D0"/>
    <w:rsid w:val="00EE5CDC"/>
    <w:rsid w:val="00F317C1"/>
    <w:rsid w:val="00F47CCB"/>
    <w:rsid w:val="00FB296B"/>
    <w:rsid w:val="00FB43FA"/>
    <w:rsid w:val="00FB54B4"/>
    <w:rsid w:val="00FC693F"/>
    <w:rsid w:val="00FE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2"/>
    </o:shapelayout>
  </w:shapeDefaults>
  <w:decimalSymbol w:val="."/>
  <w:listSeparator w:val=","/>
  <w14:docId w14:val="5B8C5ECA"/>
  <w14:defaultImageDpi w14:val="300"/>
  <w15:docId w15:val="{61C5F17B-5EA4-ED40-9737-D19E9D5C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E30C5"/>
  </w:style>
  <w:style w:type="paragraph" w:styleId="NormalWeb">
    <w:name w:val="Normal (Web)"/>
    <w:basedOn w:val="Normal"/>
    <w:uiPriority w:val="99"/>
    <w:unhideWhenUsed/>
    <w:rsid w:val="00CC3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1">
    <w:name w:val="p1"/>
    <w:basedOn w:val="Normal"/>
    <w:rsid w:val="00C52F4C"/>
    <w:pPr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character" w:customStyle="1" w:styleId="apple-converted-space">
    <w:name w:val="apple-converted-space"/>
    <w:basedOn w:val="DefaultParagraphFont"/>
    <w:rsid w:val="00654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1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Guy Willis</cp:lastModifiedBy>
  <cp:revision>4</cp:revision>
  <dcterms:created xsi:type="dcterms:W3CDTF">2026-08-04T11:28:00Z</dcterms:created>
  <dcterms:modified xsi:type="dcterms:W3CDTF">2026-09-24T12:55:00Z</dcterms:modified>
  <cp:category/>
</cp:coreProperties>
</file>